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5S/73/2013 z 10. 2. 2014</w:t>
      </w:r>
    </w:p>
    <w:p>
      <w:r>
        <w:t>Uznesenie Krajského súdu Bratislava z 10. februára 2014, sp. zn. 5S/73/2013, ECLI:SK:KSBA:2014:1013200549.2</w:t>
      </w:r>
    </w:p>
    <w:p>
      <w:r>
        <w:t>Súd: Krajský súd Bratislava</w:t>
      </w:r>
    </w:p>
    <w:p>
      <w:r>
        <w:t>Spisová značka: 5S/73/2013</w:t>
      </w:r>
    </w:p>
    <w:p>
      <w:r>
        <w:t>ECLI: ECLI:SK:KSBA:2014:1013200549.2</w:t>
      </w:r>
    </w:p>
    <w:p>
      <w:r>
        <w:t>Dátum vydania: 10.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5S/73/2013 Identifikačné číslo súdneho spisu: 1013200549 Dátum vydania rozhodnutia: 11. 02. 2014 Meno a priezvisko sudcu, VSÚ: Mgr. Helena Marcinkechová ECLI: ECLI:SK:KSBA:2014:1013200549.2 Uznesenie Krajský súd v Bratislave v právnej veci žalobcu: Podielnicke družstvo DUNAJ, Vývojová 852, Bratislava - Rusovce, IČO: 00 190 667, zastúpený: AK JUDr. Matúš Meheš s.r.o., Nevädzova 6C, 821 01 Bratislava, proti žalovanému: Okresný úrad Bratislava, Pozemkový a lesný odbor, Trenčianska 55, 821 09 Bratislava, o preskúmanie zákonnosti rozhodnutia Obvodného pozemkového úradu v Bratislave č. 6556/12/479/10/MSO zo dňa 25.01.2013, takto r o z h o d o l : Súd opravuje záhlavie rozsudku č.k. 5S 73/2013-58 zo dňa 12.11.2013 tak, že toto správne znie: Krajský súd v Bratislave v senáte zloženom z predsedníčky senátu JUDr. Viery Šebestovej a členiek senátu JUDr. Dáši Filovej a JUDr. Anny Peťovskej, PhD., v právnej veci žalobcu: Podielnicke družstvo DUNAJ, Vývojová 852, Bratislava - Rusovce, IČO: 00 190 667, zastúpený: AK JUDr. Matúš Meheš s.r.o., Nevädzova 6C, 821 01 Bratislava, proti žalovanému: Okresný úrad Bratislava, Pozemkový a lesný odbor, Trenčianska 55, 821 09 Bratislava, o preskúmanie zákonnosti rozhodnutia Obvodného pozemkového úradu v Bratislave č. 6556/12/479/10/MSO zo dňa 25.01.2013, takto o d ô v o d n e n i e : Pri písomnom vyhotovení rozsudku č.k. 5S 73/2013-58 zo dňa 12.11.2013 došlo k pisárskej chybe, keď v záhlaví rozsudku bol ako žalovaný nesprávne označený Obvodný pozemkový úrad v Bratislave, ktorý síce vydal napadnuté rozhodnutie, ale tento s účinnosťou od 1.10.2013 bol zrušený zákonom č. 180/2013 Z.z. o organizácií miestnej štátnej správy, pričom pôsobnosť obvodných pozemkových úradov prešla na okresné úrady. Právnym nástupcom zaniknutého Obvodného pozemkového úradu v Bratislave a žalovaným tak je Okresný úrad Bratislava.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 .</w:t>
      </w:r>
    </w:p>
    <w:p/>
    <w:p>
      <w:r>
        <w:t>Zdroj: KAUZIS.SK – https://www.kauzis.sk/judikatura/r/ECLI:SK:KSBA:2014:1013200549.2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