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5Sp/34/2013 z 25. 8. 2014</w:t>
      </w:r>
    </w:p>
    <w:p>
      <w:r>
        <w:t>Uznesenie Krajského súdu Bratislava z 25. augusta 2014, sp. zn. 5Sp/34/2013, ECLI:SK:KSBA:2014:1013200555.2</w:t>
      </w:r>
    </w:p>
    <w:p>
      <w:r>
        <w:t>Súd: Krajský súd Bratislava</w:t>
      </w:r>
    </w:p>
    <w:p>
      <w:r>
        <w:t>Spisová značka: 5Sp/34/2013</w:t>
      </w:r>
    </w:p>
    <w:p>
      <w:r>
        <w:t>ECLI: ECLI:SK:KSBA:2014:1013200555.2</w:t>
      </w:r>
    </w:p>
    <w:p>
      <w:r>
        <w:t>Dátum vydania: 25. 8. 2014</w:t>
      </w:r>
    </w:p>
    <w:p>
      <w:r>
        <w:t>Forma: Uznesenie</w:t>
      </w:r>
    </w:p>
    <w:p>
      <w:pPr>
        <w:pStyle w:val="Heading2"/>
      </w:pPr>
      <w:r>
        <w:t>Text rozhodnutia</w:t>
      </w:r>
    </w:p>
    <w:p>
      <w:r>
        <w:t>Súd: Krajský súd Bratislava Spisová značka: 5Sp/34/2013 Identifikačné číslo súdneho spisu: 1013200555 Dátum vydania rozhodnutia: 26. 08. 2014 Meno a priezvisko sudcu, VSÚ: JUDr. Peter Pospech ECLI: ECLI:SK:KSBA:2014:1013200555.2 Uznesenie Krajský súd v Bratislave v právnej veci navrhovateľky: R.. L.. L. Q., M.. XX.XX.XXXX, Q. B. U. P. XXX, XXX XX B. U. P., zastúpená: Advokátska kancelária Mišík, s.r.o., so sídlom Prievozská 4B, 821 09 Bratislava, proti odporcovi: Hlavné mesto Slovenskej republiky Bratislava, so sídlom Primaciálne nám. 1, 814 99 Bratislava, za účasti U. L. Q., M.. XX.XX.XXXX, Q. R. XX, XXX XX Q. J. U. Q. Q., M.. XX.XX.XXXX, Q. R. XX, XXX XX Q., v konaní o opravnom prostriedku navrhovateľky zo dňa 27.03.2013 proti rozhodnutiu odporcu číslo: MAGS SNM 50821/12/33981/13-28669/10,11/Tk zo dňa 07.02.2013, takto r o z h o d o l : Krajský súd v Bratislave návrh o d m i e t a . Žiaden z účastníkov konania nemá právo na náhradu trov tohto konania. o d ô v o d n e n i e : Dňa 27.03.2013 bol tunajšiemu súdu doručený návrh - opravný prostriedok, ktorým sa navrhovateľka domáhala zrušenia rozhodnutia odporcu číslo: MAGS SNM 50821/12/33981/13-28669/10,11/Tk zo dňa 07.02.2013, ktorým odporca podľa § 9 ods. 5 v spojení s § 5 ods. 6 písm. b zákona č. 260/2011 Z. z. priznal manželom pánovi L. Q. a pani Q. Q. nárok na bytovú náhradu - náhradný nájomný byt s dvomi obytnými miestnosťami. Prenajímateľkou bytu, ktorý manželia užívajú, je navrhovateľka. Podľa ust. § 1 zák. č. 260/2011 Z.z. o ukončení a spôsobe usporiadania niektorých nájomných vzťahov k bytom a o doplnení zákona Národnej rady Slovenskej republiky č. 18/1996 Z.z. o cenách v znení neskorších predpisov (ďalej len "zákon") tento zákon upravuje právne vzťahy pri ukončení niektorých nájomných vzťahov k bytom a podmienky poskytnutia bytovej náhrady. Podľa ust. § 9 ods. 2 zákona účastníkom konania je žiadateľ. Podľa ust. § 9 ods. 5 zákona ak žiadateľ spĺňa podmienky na poskytnutie bytovej náhrady, obec rozhodne o priznaní nároku na bytovú náhradu, inak rozhodnutím nárok neprizná. Rozhodnutie obce o priznaní nároku na bytovú náhradu musí obsahovať aj poučenie o povinnosti podľa § 6 ods. 3. Kópiu rozhodnutia zašle obec prenajímateľovi. Podľa ust. § 250l ods. 1 Občianskeho súdneho poriadku (ďalej len "O.s.p.") podľa ustanovení tejto hlavy sa postupuje v prípadoch, v ktorých zákon zveruje súdom rozhodovanie o opravných prostriedkoch proti neprávoplatným rozhodnutiam správnych orgánov. Podľa ust. § 250m ods. 1, 3 O.s.p.: (1) Konanie sa začína na návrh, ktorým je opravný prostriedok proti rozhodnutiu správneho orgánu. (3) Účastníkmi konania sú tí, ktorí nimi sú v konaní na správnom orgáne, a správny orgán, ktorého rozhodnutie sa preskúmava.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je zrejmé z obsahu administratívneho spisu odporcu, v dôsledku doručenej výpovede z nájmu bytu manželia Q. doručili hlavnému mestu dňa 12.09.2012 žiadosť o bytovú náhradu za nájomný byt so štyrmi obytnými miestnosťami nachádzajúci sa v Q. - P. L. na R. E. Č. XX, na U. U., Č. Q. X, ktorý užívajú. Po vykonanom dokazovaní odporca vydal dňa 07.02.2013 rozhodnutie, ktoré bolo pánovi L. Q. J. U. Q. Q. ako účastníkom konania (§ 9 ods. 2 zákona) doručené dňa 23.02.2013 a navrhovateľke na vedomie (§ 9 ods. 5 zákona) dňa 26.02.2013. Navrhovateľka dňa 27.03.2013 osobne podala voči predmetnému rozhodnutiu odvolanie. Vzhľadom na vyššie uvedené skutočnosti a zákonné ustanovenia, účastníkmi konania vo veci bytovej náhrady podľa zákona (č. 260/2011 Z.z.) boli výlučne žiadatelia o bytovú náhradu - L. Q. (§ 9 ods. 2 zákona). Navrhovateľka účastníkom tohto konania nebola (§ 9 ods. 2 zákona) - s poukazom na ust. § 9 ods. 5 zákona jej bolo doručené rozhodnutie vo veci iba na vedomie. Pretože navrhovateľka zo zákona nebola účastníkom konania o priznaní nároku na bytovú náhradu, s poukazom na ust. § 250m ods. 3 O.s.p. nemôže byť účastníkom konania v ktorom sa preskúmava rozhodnutie odporcu, ktorým rozhodol o nároku na bytovú náhradu. Teda nemôže voči takémuto rozhodnutiu ani podať opravný prostriedok. Ak i napriek tomuto svojmu postaveniu podala voči napadnutému rozhodnutiu odvolanie, takéto odvolanie (návrh) je potrebné kvalifikovať ako odvolanie, podané osobou na jeho podanie neoprávnenou. Pretože návrh - opravný prostriedok voči napadnutému rozhodnutiu odporcu bol podaný osobou, ktorá nebola účastníkom správneho konania a teda nemôže byť účastníkom konania v ktorom sa rozhoduje o opravnom prostriedku voči neprávoplatnému rozhodnutiu odporcu, súd návrh - opravný prostriedok navrhovateľa odmietol ako podaný na to neoprávnenou osobou. O trovách konania súd rozhodol v súlade s analogickým použitím ust. § 146 ods. 1, písm. c), O.s.p. Poučenie: Proti tomuto uzneseniu je možné podať odvolanie do 15 dní odo dňa jeho doručenia na Krajskom súde v Bratislave, písomne, dvojmo.</w:t>
      </w:r>
    </w:p>
    <w:p/>
    <w:p>
      <w:r>
        <w:t>Zdroj: KAUZIS.SK – https://www.kauzis.sk/judikatura/r/ECLI:SK:KSBA:2014:1013200555.2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