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8Scud/9/2013 z 19. 5. 2014</w:t>
      </w:r>
    </w:p>
    <w:p>
      <w:r>
        <w:t>Rozsudok Krajského súdu Bratislava z 19. mája 2014, sp. zn. 8Scud/9/2013, ECLI:SK:KSBA:2014:1013200559.1</w:t>
      </w:r>
    </w:p>
    <w:p>
      <w:r>
        <w:t>Súd: Krajský súd Bratislava</w:t>
      </w:r>
    </w:p>
    <w:p>
      <w:r>
        <w:t>Spisová značka: 8Scud/9/2013</w:t>
      </w:r>
    </w:p>
    <w:p>
      <w:r>
        <w:t>ECLI: ECLI:SK:KSBA:2014:1013200559.1</w:t>
      </w:r>
    </w:p>
    <w:p>
      <w:r>
        <w:t>Dátum vydania: 19. 5. 2014</w:t>
      </w:r>
    </w:p>
    <w:p>
      <w:r>
        <w:t>Forma: Rozsudok</w:t>
      </w:r>
    </w:p>
    <w:p>
      <w:r>
        <w:t>Oblasť práva: Správne právo</w:t>
      </w:r>
    </w:p>
    <w:p>
      <w:pPr>
        <w:pStyle w:val="Heading2"/>
      </w:pPr>
      <w:r>
        <w:t>Text rozhodnutia</w:t>
      </w:r>
    </w:p>
    <w:p>
      <w:r>
        <w:t>Súd: Krajský súd Bratislava Spisová značka: 8Scud/9/2013 Identifikačné číslo súdneho spisu: 1013200559 Dátum vydania rozhodnutia: 20. 05. 2014 Meno a priezvisko sudcu, VSÚ: JUDr. Peter Pospech ECLI: ECLI:SK:KSBA:2014:1013200559.1 ROZSUDOK V MENE SLOVENSKEJ REPUBLIKY Krajský súd v Bratislave pred samosudcom JUDr. Petrom Pospechom, v právnej veci navrhovateľa: B.. K. Y., A. Č. XXXXXX/XXX, R. XX E. E.. XXX XX T. B., proti odporkyni: Sociálna poisťovňa - ústredie, Ul. 29. augusta 8, 813 63 Bratislava, zast. JUDr. Evou Kucharikovou, v spore o invalidný dôchodok, takto r o z h o d o l : Krajský súd rozhodnutie odporkyne č. XXX XXX XXXX X zo dňa 20.11.2012 v spojení s rozhodnutím č. XXX XXX XXXX X zo dňa 4.7.2013 a rozhodnutím č. XXX XXX XXXX X zo dňa 4.7.2013 o zvýšení invalidného dôchodku p o t v r d z u j e podľa § 250q ods. 2 O.s.p. Navrhovateľovi súd náhradu trov konania nepriznáva. o d ô v o d n e n i e : Napadnutým rozhodnutím č. XXX XXX XXXX zo dňa 20.11.2012 bol navrhovateľovi podľa ustanovenia § 73 zákon č. 461/2003 Z.z. o sociálnom poistení v znení neskorších predpisov priznaný od 1.1.2012 invalidný dôchodok v sume 80,40 eur mesačne. Rozhodnutie bolo navrhovateľovi expedované dňa 23.11.2011. Navrhovateľ sa v stanovenej lehote proti vyššie uvedenému rozhodnutiu odvolal a vo svojom opravnom prostriedku poukázal na svoj nepriaznivý zdravotný stav. K predmetu sporu sa odporca písomne vyjadril svojim písomným podaním zo dňa 18.4.2013 a doplňujúcim písomným vyjadrením zo dňa 15.7.2013 v ktorom okrem iného uviedol, že rozhodnutím č. XXX XXX XXXX X zo dňa 4.7.2013 bolo zmenené napadnuté rozhodnutie č. XXX XXX XXXX X zo dňa 20.11.2012 po dodatočnom zhodnotení doby poistenia od 1.1.1982 do 31.12.1982 a vymeriavacieho základu v uvedenom období v sume 44 841 Sk a od 1.1.2012 bol navrhovateľovi priznaný invalidný dôchodok podľa § 70 ods. 1 a § 82 a podľa § 112 ods. 1 zákona a podľa čl. 13 ods. 3 a čl. 14 Zmluvy medzi Slovenskou republikou a štátom Izrael o sociálnom zabezpečení v sume 89,60 eur mesačne. Od 1.1.2013 patrí navrhovateľovi invalidný dôchodok v sume 91,80 eur. Vzhľadom k tomu odporca žiada napadnuté rozhodnutie č. XXX XXX XXXX X zo dňa 20.11.2012 v spojení s rozhodnutím č. XXX XXX XXXX X zo dňa 4.7.2013 a rozhodnutím č. XXX XXX XXXX X zo dňa 4.7.2013 o zvýšení invalidného dôchodku ako vecne správne potvrdiť. Krajský súd v Bratislave ako súd vecne a miestne príslušný na konanie podľa tretej hlavy piatej časti O.s.p. preskúmal napadnuté rozhodnutie v rozsahu dôvodov, ktoré uviedol vo svojom opravnom prostriedku podľa § 244 O.s.p. a dospel k záveru, že opravný prostriedok navrhovateľa nie je dôvodný. Z obsahu spisového materiálu súd zistil nasledovný skutkový stav. Navrhovateľ žiadosťou doručenou dňa 11.6.2012 požiadal Sociálnu poisťovňu o priznanie invalidného dôchodku, ktorý žiadal priznať od vzniku jeho nároku. Podľa ustanovenia § 70 ods. 1 zákona č. 461/2003 Z.z.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ustanovenia § 71 ods. 1 zákona poistenec je invalidný, ak pre dlhodobo nepriaznivý zdravotný stav má pokles schopnosti vykonávať zárobkovú činnosť o viac ako 40 % v porovnaní so zdravou fyzickou osobou. Podľa posudku posudkového lekára sociálneho poistenia Sociálnej poisťovne, pobočky Bratislava zo dňa 10.10.2012, ktorý bol vypracovaný na základe podanej žiadosti o invalidný dôchodok je navrhovateľ od 9.2.2010 invalidný podľa ustanovenia § 70 ods. 1 zákona s mierou poklesu schopnosti vykonávať zárobkovú činnosť 50 % v porovnaní so zdravou fyzickou osobou. Keďže navrhovateľ splnil aj ostatné podmienky na vznik nároku na invalidný dôchodok, bol mu invalidný dôchodok napadnutým rozhodnutím priznaný. Na základe podaného opravného prostriedku bol zdravotný stav navrhovateľa opätovne posúdený posudkovým lekárom sociálneho poistenia Sociálnej poisťovne, pobočky Bratislava dňa 13.2.2013 a posudkovým lekárom sociálneho poistenia Sociálnej poisťovne - ústredie Bratislava dňa 26.3.2013. Obaja posudkoví lekári zotrvali na pôvodnom posudku a miere poklesu schopnosti vykonávať zárobkovú činnosť 50 % v porovnaní so zdravou fyzickou osobou. Rozhodnutím č. XXX XXX XXXX X zo dňa 4.7.2013 bolo zmenené napadnuté rozhodnutie č. XXX XXX XXXX zo dňa 20.11.2012 po dodatočnom zhodnotení doby poistenia od 1.1.1982 do 31.12.1982 a vymeriavacieho základu v uvedenom období v sume 44 841 Sk a od 1.1.2012 bol priznaný navrhovateľovi invalidný dôchodok podľa § 70 ods. 1 a § 82 a podľa § 112 ods. 1 zákona č. 461/2003 Z.z. a podľa čl. 13 ods. 3 a čl. 14 Zmluvy medzi Slovenskou republikou a štátom Izrael o sociálnom zabezpečení v sume 89,60 eur. Od 1.1.2013 patrí navrhovateľovi invalidný dôchodok v sume 91,80 eur mesačne. Navrhovateľ sa pojednávania v predmetnej veci nezúčastnil požiadal, aby súd konal v jeho neprítomnosti z dôvodu zdravotnej indispozície. Vzhľadom k tejto skutočnosti súd konal a rozhodol v neprítomnosti navrhovateľa po prijatí procesného uznesenia podľa § 101 ods. 2 O.s.p. Právna zástupkyňa odporcu s odvolaním sa svoje písomné vyjadrenia žiadala napadnuté rozhodnutia v spojení so zmenovými rozhodnutiami uvedenými v písomnom vyjadrení ako vecne správne potvrdiť podľa § 250q ods. 2 O.s.p. Z dôvodu, že sa navrhovateľovi nepodarilo spochybniť správnosť rozhodnutia odporcu, sú má za to, že o žiadosti bolo rozhodnuté správne a preto ho potvrdil podľa § 250q ods. 2 O.s.p. Navrhovateľ si náklady konania neuplatnil a preto súd rozhodol, že navrhovateľovi trovy konania nepriznáva. Poučenie: Proti tomuto rozhodnutiu je možné podať odvolanie v lehote 15 dní od jeho doručenia na Krajskom súde v Bratislave, písomne, dvojmo.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https://www.kauzis.sk/judikatura/r/ECLI:SK:KSBA:2014:1013200559.1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