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5Sp/35/2013 z 17. 2. 2014</w:t>
      </w:r>
    </w:p>
    <w:p>
      <w:r>
        <w:t>Uznesenie Krajského súdu Bratislava z 17. februára 2014, sp. zn. 5Sp/35/2013, ECLI:SK:KSBA:2014:1013200565.1</w:t>
      </w:r>
    </w:p>
    <w:p>
      <w:r>
        <w:t>Súd: Krajský súd Bratislava</w:t>
      </w:r>
    </w:p>
    <w:p>
      <w:r>
        <w:t>Spisová značka: 5Sp/35/2013</w:t>
      </w:r>
    </w:p>
    <w:p>
      <w:r>
        <w:t>ECLI: ECLI:SK:KSBA:2014:1013200565.1</w:t>
      </w:r>
    </w:p>
    <w:p>
      <w:r>
        <w:t>Dátum vydania: 17. 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5Sp/35/2013 Identifikačné číslo súdneho spisu: 1013200565 Dátum vydania rozhodnutia: 18. 02. 2014 Meno a priezvisko sudcu, VSÚ: JUDr. Peter Pospech ECLI: ECLI:SK:KSBA:2014:1013200565.1 Uznesenie Krajský súd v Bratislave v právnej veci navrhovateľa: U.. Z. S., I. S. X, XXX XX I., proti odporcovi: Centrum právnej pomoci, kancelária Bratislava, so sídlom Námestie slobody 12, P.O.BOX 18, 810 05 Bratislava, právne zast. Mgr. Marošom Hačkom, o preskúmanie rozhodnutia odporcu sp.zn. 2075/2013 zo dňa 18.3.2013, takto r o z h o d o l : Súd konanie z a s t a v u j e . Žiaden z účastníkov nemá právo na náhradu trov konania. o d ô v o d n e n i e : Navrhovateľ svojím návrhom zo dňa 25.3.2012 žiadal preskúmať rozhodnutie odporcu sp.zn. 2075/2013 zo dňa 18.3.2013, ktorým odporca nepriznal navrhovateľovi nárok na poskytovanie právnej pomoci podľa § 10 ods. 5 zákona č. 327/2005 Z.z. o poskytovaní právnej pomoci. Dňa 18.2.2014 po vysvetlení predmetu sporu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https://www.kauzis.sk/judikatura/r/ECLI:SK:KSBA:2014:1013200565.1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