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5Sp/37/2013 z 14. 12. 2014</w:t>
      </w:r>
    </w:p>
    <w:p>
      <w:r>
        <w:t>Uznesenie Krajského súdu Bratislava z 14. decembra 2014, sp. zn. 5Sp/37/2013, ECLI:SK:KSBA:2014:1013200587.2</w:t>
      </w:r>
    </w:p>
    <w:p>
      <w:r>
        <w:t>Súd: Krajský súd Bratislava</w:t>
      </w:r>
    </w:p>
    <w:p>
      <w:r>
        <w:t>Spisová značka: 5Sp/37/2013</w:t>
      </w:r>
    </w:p>
    <w:p>
      <w:r>
        <w:t>ECLI: ECLI:SK:KSBA:2014:1013200587.2</w:t>
      </w:r>
    </w:p>
    <w:p>
      <w:r>
        <w:t>Dátum vydania: 14. 12.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5Sp/37/2013 Identifikačné číslo súdneho spisu: 1013200587 Dátum vydania rozhodnutia: 15. 12. 2014 Meno a priezvisko sudcu, VSÚ: JUDr. Peter Pospech ECLI: ECLI:SK:KSBA:2014:1013200587.2 Uznesenie Krajský súd v Bratislave pred samosudcom JUDr. Petrom Pospechom, v právnej veci navrhovateľa: W. X., T..Q.., Q. Q. K. XX, XXX XX B., právne zast. AK JUDr. Evou Detvaiovou, s.r.o., so sídlom Cukrová 14, 811 08 Bratislava, proti odporcovi: Mestská časť Bratislava - Ružinov, so sídlom Mierová 21, 827 05 Bratislava 212, právne zast. Mgr. Petrom Kopúnom, o preskúmanie rozhodnutia č. PB/CS 7997/2012/ KPR, PB/CS 5282/2013/BPE zo dňa 13.8.2012, takto r o z h o d o l : Súd konanie o opravnom prostriedku navrhovateľa zo dňa 19.9.2012 proti rozhodnutiu odporcu č. PB/ CS 7997/2012/5/KPR z a s t a v u j e a vec p o s t u p u j e Okresnému úradu Bratislava ako orgánu príslušnému na konanie v predmetnej veci. Žiaden z účastníkov nemá právo na náhradu trov konania. o d ô v o d n e n i e : Napadnutým rozhodnutím č. PB/CS 7997/2012/5/KPR starosta Mestskej časti Bratislava - Ružinov ako správny orgán príslušný podľa § 28 ods. 2 zákona č. 377/1990 Zb. o hlavnom meste SR Bratislave uznal spoločnosť W. X., T..Q.., Q. Q. K. XX, XXX XX B. vinnou z porušenia ustanovení § 4 ods. 1 a 2, § 5 ods. 1. Všeobecne záväzného nariadenia Mestskej časti Bratislava - Ružinov č. 1/2003 v spojitosti s tým, že táto spoločnosť umožnila znečistenie a neodstránila odpad a pozemky parc.č. XXXX/X, XXXX/X, XXXX/ XX, XXXX/XX-XX V. A..Ú.. J., I. na E. Č.. XXXX neboli udržiavané tak, aby ich stav nenarúšal vzhľad a prostredie mestskej časti a neohrozoval bezpečnosť občanov, za čo im bola uložená pokuta podľa § 288 ods. 2 písm. a/ zákona č. 377/1990 Zb. vo výške 3.000,- eur. Podľa správneho orgánu bolo preukázané, že spoločnosť W. X., T..Q.. si nesplnila povinnosti vyplývajúce z VZN č. X/XXXX a to konkrétne § 4 a § 9 všeobecne záväzného nariadenia a preto im uložil pokutu vo výške 3.000,- eur. Proti tomuto rozhodnutiu podala vyššie uvedená spoločnosť odvolanie a navrhla predmetné rozhodnutie zrušiť s tým, že uložená pokuta by mala zohľadňovať mieru zavinenia, závažnosť protiprávneho konania, závažnosť zistených okolností akým spôsobom došlo k spáchaniu deliktu a zvažovať jeho následky. Je teda povinnosťou správneho orgánu, aby objektívne posúdil všetky okolnosti významné pre uloženie pokuty a jej výšku. Navrhovateľ je toho názoru, že v predmetnom prípade to správny orgán neurobil. K predmetu sporu sa Mestská časť Bratislava - Ružinov písomne vyjadrila dňa 20.11.2014 v ktorom navrhla vydať uznesenie, ktorým by súd konanie o opravnom prostriedku navrhovateľa zo dňa 19.9.2012 proti rozhodnutiu č. PB/CS 7997/2012/5/KPR zastavil a vec postúpil Okresnému úradu Bratislava ako orgánu príslušnému vo veci konať. Podľa § 27 ods. 2 zákona č. 369/1990 Zb. na konanie, v ktorom o právach právom chránených záujmoch alebo povinnostiach fyzických a právnických osôb pri výkone správy obec sa vzťahuje všeobecný predpis o správnom konaní, o opravnom prostriedku proti rozhodnutiu obce rozhoduje súd ak osobitný predpis neustanovuje inak. Podľa § 57 ods. 2 zákona č. 71/1967 Zb., ak nerozhodne správny orgán, ktorý napadnuté rozhodnutie vydal o odvolaní predloží ho spolu s výsledkami doplneného konania a so spisovým materiálom odvolaciemu orgánu najneskôr do 30 dní odo dňa, keď mu odvolanie došlo a upovedomí o tom účastníka. Podľa § 58 ods. 1 zákona č. 71/1967 Zb., ak osobitný predpis neustanovuje inak odvolacím orgánom je správny orgán najbližšieho vyššieho stupňa nadriadený správnemu orgánu, ktorý napadnuté rozhodnutie vydal. Správne trestanie je preneseným výkonom štátnej správy a preto má v konaní o správnom delikte obec (mesto, mestská časť) postavenie správneho orgánu pri prenesenom výkone štátnej správy a o odvolaní proti jej rozhodnutiu rozhoduje príslušný správny orgán. Podľa uznesenia Najvyššieho súdu Slovenskej republiky sp.zn. 5Rks 3/2013 zo dňa 3.12.2013 právna úprava preskúmavania správnych rozhodnutí (rozhodnutí sankčnej povahy) je vybudovaná na zásade dvojinštančnosti konania a na preskúmanie rozhodnutia je príslušný a povolaný zásadne správny orgán druhého stupňa. S prihliadnutím na tieto závery a uznesenie najvyššieho súdu Slovenskej republiky sp.zn. 5Rks 3/2013 zo dňa 3.12.2013 súd podľa § 104 ods. 1 O.s.p. konanie pod sp.zn. 5Sp 37/2013 zastavil a po právoplatnosti tohto uznesenia predmetnú vec postupuje Okresnému úradu v Bratislave na ďalšie konanie. Vo výroku o trovách konania súd rozhodol, že žiaden z účastníkov nemá právo na náhradu trov konania. Poučenie: Proti tomuto uzneseniu je možné podať odvolanie do 15 dní odo dňa jeho doručenia na Krajskom súde v Bratislave, písomne, dvojmo.</w:t>
      </w:r>
    </w:p>
    <w:p/>
    <w:p>
      <w:r>
        <w:t>Zdroj: KAUZIS.SK – https://www.kauzis.sk/judikatura/r/ECLI:SK:KSBA:2014:1013200587.2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