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6S/86/2013 z 11. 9. 2014</w:t>
      </w:r>
    </w:p>
    <w:p>
      <w:r>
        <w:t>Uznesenie Krajského súdu Bratislava z 11. septembra 2014, sp. zn. 6S/86/2013, ECLI:SK:KSBA:2014:1013200632.1</w:t>
      </w:r>
    </w:p>
    <w:p>
      <w:r>
        <w:t>Súd: Krajský súd Bratislava</w:t>
      </w:r>
    </w:p>
    <w:p>
      <w:r>
        <w:t>Spisová značka: 6S/86/2013</w:t>
      </w:r>
    </w:p>
    <w:p>
      <w:r>
        <w:t>ECLI: ECLI:SK:KSBA:2014:1013200632.1</w:t>
      </w:r>
    </w:p>
    <w:p>
      <w:r>
        <w:t>Dátum vydania: 11.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6S/86/2013 Identifikačné číslo súdneho spisu: 1013200632 Dátum vydania rozhodnutia: 12. 09. 2014 Meno a priezvisko sudcu, VSÚ: JUDr. Soňa Langová ECLI: ECLI:SK:KSBA:2014:1013200632.1 Uznesenie Krajský súd v Bratislave v právnej veci žalobcu: SYSOON spol. s r.o., Lubinská 18, 811 03 Bratislava, IČO: 36 664 979, zastúpeného advokátom: Mgr. Milanom Kantuľákom, Na pažiti 19, 831 01 Bratislava, proti žalovanému: Finančné riaditeľstvo SR, Lazovná 63, 974 01 Banská Bystrica, o preskúmanie zákonnosti rozhodnutia žalovaného č.1100305/1/38322/2013 zo dňa 25.1.2013, takto r o z h o d o l : Súd konanie z a s t a v u j e . Žiaden z účastníkov nemá právo na náhradu trov konania. o d ô v o d n e n i e : Žalobou doručenou tunajšiemu súdu dňa 9.4.2013 sa žalobca domáhal preskúmania rozhodnutí žalovaného, č. 1100305/1/38322/2013 zo dňa 25.1.2013. Z obsahu podanej žaloby vyplýva, že žalobca sa domáhal postupu podľa ustanovení druhej hlavy piatej časti O.s.p., upravujúcej rozhodovanie o žalobách proti rozhodnutiam a postupom správnych orgánov. Podľa ust. § 1 ods. 1 zák. č. 71/1992 Zb. o súdnych poplatkoch v znení neskorších predpisov (ďalej len „ZoSP“), súdne poplatky (ďalej len „poplatky“) sa vyberajú za jednotlivé úkony alebo konanie súdov, ak sa vykonávajú na návrh a za úkony orgánov štátnej správy súdov a prokuratúry (ďalej len „poplatkový úkon“) uvedené v sadzobníku súdnych poplatkov a poplatku za výpis z registra trestov (ďalej len „sadzobník“), ktorý tvorí prílohu tohto zákona. Podľa ust. § 5 ods. 1 písm. a) ZoSP, poplatková povinnosť vzniká podaním návrhu, odvolania a dovolania alebo žiadosti na vykonanie poplatkového úkonu, ak je poplatníkom navrhovateľ, odvolateľ a dovolateľ. Podľa ust. § 8 ods. 1 ZoSP v znení platnom ku dňu podania žaloby, poplatok za podanie návrhu alebo žiadosti a poplatok za konanie o dedičstve je splatný vznikom poplatkovej povinnosti. Podľa ust. § 10 ods. 1 ZoSP v rovnakom znení,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položky 10 písm. a) sadzobníka súdnych poplatkov v znení platnom v čase podania žaloby, súdny poplatok z návrhu na preskúmanie zákonnosti rozhodnutia správneho orgánu bol v sume 70 eúr. Žalobca poplatkovú povinnosť spolu so žalobou nesplnil, súd ho preto prostredníctvom právneho zástupcu výzvou zo dňa 26.3.2014 vyzval na zaplatenie súdneho poplatku v súlade s ust. § 10 ods. 1 ZoSP v lehote 10 dní a zároveň ho poučil i o dôsledkoch nezaplatenia súdneho poplatku. Žalobcovi, resp. jeho právnemu zástupcovi, bola výzva súdu na zaplatenie súdneho poplatku za žalobu doručená dňa 3.4.2014, avšak v stanovenej lehote na túto výzvu nereagoval. Keďže žalobca súdny poplatok za žalobu na výzvu súdu nezaplatil, súd podľa ust. § 10 ods. 1 ZoSP konanie pre nezaplatenie súdneho poplatku, zastavil. O trovách konania súd rozhodol podľa ust. § 146 ods. 1 písm. c) v spojení s ust. § 246c O.s.p. tak, že žiadnemu z účastníkov nepriznal náhradu trov konania, pretože pre iný postup nebol dôvod. Toto rozhodnutie senát Krajského súdu v Bratislave prijal pomerom hlasov 3 : 0 (§ 3 ods. 9 zákona č. 757/2004 Z.z. v znení zákona č. 33/2011 Z.z.). Poučenie: Proti tomuto uzneseniu možno podať odvolanie do 15 dní odo dňa doručenia uznesenia, na Krajskom súde v Bratislave. V odvolaní sa má popri všeobecných náležitostiach (§ 42 ods. 3 O.s.p.)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https://www.kauzis.sk/judikatura/r/ECLI:SK:KSBA:2014:1013200632.1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