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5Sp/42/2013 z 29. 9. 2014</w:t>
      </w:r>
    </w:p>
    <w:p>
      <w:r>
        <w:t>Rozsudok Krajského súdu Bratislava z 29. septembra 2014, sp. zn. 5Sp/42/2013, ECLI:SK:KSBA:2014:1013200701.1</w:t>
      </w:r>
    </w:p>
    <w:p>
      <w:r>
        <w:t>Súd: Krajský súd Bratislava</w:t>
      </w:r>
    </w:p>
    <w:p>
      <w:r>
        <w:t>Spisová značka: 5Sp/42/2013</w:t>
      </w:r>
    </w:p>
    <w:p>
      <w:r>
        <w:t>ECLI: ECLI:SK:KSBA:2014:1013200701.1</w:t>
      </w:r>
    </w:p>
    <w:p>
      <w:r>
        <w:t>Dátum vydania: 29. 9. 2014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5Sp/42/2013 Identifikačné číslo súdneho spisu: 1013200701 Dátum vydania rozhodnutia: 30. 09. 2014 Meno a priezvisko sudcu, VSÚ: JUDr. Peter Pospech ECLI: ECLI:SK:KSBA:2014:1013200701.1</w:t>
      </w:r>
    </w:p>
    <w:p>
      <w:r>
        <w:t>ROZSUDOK V MENE SLOVENSKEJ REPUBLIKY</w:t>
      </w:r>
    </w:p>
    <w:p>
      <w:r>
        <w:t>Krajský súd v Bratislave pred samosudcom JUDr. Petrom Pospechom, v právnej veci navrhovateľky: V. W., C.. F., W.. XX.X.XXXX, F. Q. XXX/XX, XXX XX L., proti odporcovi: Centrum právnej pomoci, kancelária Hlohovec, so sídlom M.R. Štefánika 1, 920 01 Hlohovec, o preskúmanie rozhodnutia odporcu sp.zn. 2836/2013 zo dňa 25.3.2013, takto</w:t>
      </w:r>
    </w:p>
    <w:p>
      <w:r>
        <w:t>r o z h o d o l :</w:t>
      </w:r>
    </w:p>
    <w:p>
      <w:r>
        <w:t>Súd napadnuté rozhodnutie odporkyne sp.zn. 2836/2013 zo dňa 25.3.2013 z r u š u j e podľa § 250j ods. 2, písm. a/ O.s.p. a vec vracia odporcovi na ďalšie konanie.</w:t>
      </w:r>
    </w:p>
    <w:p>
      <w:r>
        <w:t>Navrhovateľke súd náhradu trov konania nepriznáva.</w:t>
      </w:r>
    </w:p>
    <w:p>
      <w:r>
        <w:t>o d ô v o d n e n i e :</w:t>
      </w:r>
    </w:p>
    <w:p>
      <w:r>
        <w:t>Napadnutým rozhodnutím odporcu, Centra právnej pomoci, kancelária Hlohovec sp.zn. 2836/2013 zo dňa 25.3.2013 bolo rozhodnuté o nepriznaní nároku na poskytovanie právnej pomoci navrhovateľke, pani V.W. W., C.. F., W.. XX.X.XXXX, M. F. Q. XXX/XX, XXX XX L.. Toto rozhodnutie bolo odôvodnené zrejmou bezúspešnosťou v spore, čím podľa odporcu navrhovateľka nesplnila jednu z troch kumulatívnych podmienok na priznanie nároku na poskytnutie právnej pomoci. Nesplnenie hoci len jednej z podmienok pre priznanie nároku na poskytnutie právnej pomoci má za následok negatívne rozhodnutie o nároku na poskytovanie právne pomoci. Z dôvodu nutnosti kumulatívneho splnenia zákonom stanovených podmienok pre priznanie nároku na právnu pomoc sa centrum s ohľadom na vyššie uvedené, splnením ďalších podmienok nezaoberalo. Predmetné rozhodnutie navrhovateľka prevzala dňa 27.3.2013 a v zákonom stanovenej lehote podala proti nemu opravný prostriedok - návrh na preskúmanie rozhodnutia. Vo svojom odvolaní poukázala navrhovateľka na skutočnosť, že podľa priložených dôkazných materiálov do spisov sp.zn. 11 C 23/2010 a sp.zn. 11 P 3/2010 je zrejmé, že súd sa svojim konaním riadne neoboznámil a nevysporiadal so všetkými skutočnosťami a to reálnymi možnosťami otca. Išlo o zakúpenie drahého kopírovacieho stroja v sume 46 332,- Sk a troch notebookov v krátkom časovom období za sebou. Súd svojim rozhodnutím o výške výživného 200 eur na všetky tri deti dostal navrhovateľku do mimoriadne ťažkej situácie. Podľa názoru navrhovateľky konajúci súd neprihliadal na mimoriadne ťažkú situáciu v ktorej sa navrhovateľka ocitla vinou nezodpovedného otca. Okrem toho sa navrhovateľka stará o ťažko chorú matku, ktorá je vo veľmi vážnom stave a od mája 2012 aj o ťažko chorého otca nakoľko je jedinou dcérou. Pre súd by mal byť podstatný fakt, že otec nejaví vôbec žiadny záujem o svoje deti. Na základe týchto ako aj iných dôvodov uvedených v opravnom prostriedku žiada napadnuté rozhodnutie odporcu o nepriznaní právnej pomoci sp.zn. 2836/2013 zrušiť a vrátiť odporcovi na nové konanie.</w:t>
      </w:r>
    </w:p>
    <w:p>
      <w:r>
        <w:t>K predmetu sporu sa písomne vyjadril odporca svojim písomným podaním zo dňa 12.4.2013 a následne aj písomným podaním zo dňa 28.7.2014 s tým, že zotrváva na skutočnostiach uvedených v napadnutom rozhodnutí zo dňa 25.3.2013 pričom je toho názoru, že odvolanie navrhovateľky nie je dôvodné. Odporca</w:t>
      </w:r>
    </w:p>
    <w:p>
      <w:r>
        <w:t>ospravedlnil svoju neúčasť na pojednávaní a súhlasil s konaním a rozhodnutím v jeho neprítomnosti. Svoju neúčasť na pojednávaní písomne ospravedlnila navrhovateľka a súhlasila s pojednávaním a rozhodnutím v jej neprítomnosti.</w:t>
      </w:r>
    </w:p>
    <w:p>
      <w:r>
        <w:t>Krajský súd v Bratislave ako súd vecne a miestne príslušný na konanie podľa tretej hlavy piatej časti O.s.p. preskúmal napadnuté rozhodnutie v rozsahu dôvodov, ktoré uviedla vo svojom opravnom prostriedku navrhovateľka podľa § 244 O.s.p. a dospel k záveru, že opravný prostriedok navrhovateľky je dôvodný. Z obsahu spisového materiálu zistil nasledovný skutkový a právny stav.</w:t>
      </w:r>
    </w:p>
    <w:p>
      <w:r>
        <w:t>Dňa 1.3.2013 bola Centru právnej pomoci, kancelária Hlohovec doručená žiadosť navrhovateľky o poskytnutie právnej pomoci vo veci dovolania proti rozsudku Krajského súdu v Trnave zo dňa 10.12.2012 ohľadne výšky výživného na tri maloleté deti a ŤZP dieťa. Zo súvisiacich spisov a komunikácie s navrhovateľkou si centrum zabezpečilo rozsudok Okresného súdu v Piešťanoch zo dňa 13.3.2012, sp.zn. 11 C 23/2010, rozsudok Krajského súdu v Trnave zo dňa 10.12.2012, žiadosť o prešetrenie rozsudku KS v Trnave a oznámenie o postúpení podania NS SR zo dňa 5.2.2013, sp.zn. Ncv 24/2013. Po preskúmaní týchto dokladov konštatoval odporca zrejmú bezúspešnosť navrhovateľky v spore, čím podľa odporcu navrhovateľka nesplnila jednu z troch kumulatívnych podmienok pre priznanie nároku. Nesplnenie hoci len jednu z podmienok pre priznanie nároku na poskytnutie právnej pomoci má za následok negatívne rozhodnutie o nároku na poskytovanie právnej pomoci.</w:t>
      </w:r>
    </w:p>
    <w:p>
      <w:r>
        <w:t>Podľa § 250j ods. 2, písm. a/ O.s.p., súd zruší napadnuté rozhodnutie správneho orgánu a vráti vec žalovanému správnemu orgánu na ďalšie konanie, ak po preskúmaní rozhodnutia a postupu správneho orgánu v medziach žaloby dospel k záveru, že rozhodnutie správneho orgánu vychádzalo z nesprávneho právneho podania.</w:t>
      </w:r>
    </w:p>
    <w:p>
      <w:r>
        <w:t>Podľa ustálenej judikatúry Najvyššieho súdu Slovenskej republiky o zrejmú bezúspešnosť sa jedná najmä vtedy, ak už zo skutkových zistení je nepochybne, že navrhovateľke vo veci nemôže byť vyhovené.</w:t>
      </w:r>
    </w:p>
    <w:p>
      <w:r>
        <w:t>Podľa názoru konajúceho súdu „nepochybnosť“ je kritériom, ktoré musí byť splnené aj pri posudzovaní zrejmej bezúspešnosti v spore podľa § 8 zákona o poskytovaní právnej pomoci. Táto nepochybnosť musí vyplývať z jednoznačných skutočností daných zákonom a nie zo skutočností zatiaľ nepreukázaných, ktoré predpokladajú ďalšie dokazovanie. Zákon o poskytovaní právnej pomoci nepredpokladá len bezúspešnosť sporu, ale predpokladá jeho zrejmú bezúspešnosť. O takýto prípad sa nemôže jednať vtedy keď rozhodnutie o budúcom spore závisí od dokazovania a vyhodnotenia vykonaných dôkazov za účelom ustálenia skutkového stavu veci. Zrejmú bezúspešnosť nemožno konštatovať ani v prípadoch, kde rozhodnutie vydáva súd na základe uváženia. Z postupu odporcu sa javí ako keby zastával názor, že priznanie nároku na bezplatnú právnu pomoc pripadá do úvahy len v prípade preukázania skutočností, že žiadateľka bude s budúcim sporom určite úspešná. Podľa názoru súdu odporca prekročil rozsah svojej právomoci, keď akoby v postavení všeobecného súdu vyhodnocoval predložené listinné dôkazy navrhovateľkou a rozhodol o zrejmej bezúspešnosti navrhovateľky v dovolacom konaní. Po preskúmaní napadnutého rozhodnutia konajúci súd skonštatoval nesprávne právne posúdenie skutkového stavu a preto napadnuté rozhodnutie sp.zn. 2836/2013 zo dňa 25.3.2013 zrušil podľa § 250j ods. 2, písm a/ O.s.p.</w:t>
      </w:r>
    </w:p>
    <w:p>
      <w:r>
        <w:t>Podľa § 250r O.s.p., ak súd zruší rozhodnutie správneho orgánu je správny orgán pri novom prejednaní veci viazaný právnym názorom konajúceho súdu.</w:t>
      </w:r>
    </w:p>
    <w:p>
      <w:r>
        <w:t>Vzhľadom k tomu, že obaja účastníci sa písomne ospravedlnili a súhlasili s konaním a rozhodnutím v ich neprítomnosti súd konal a rozhodol po prijatí procesného uznesenia v ich neprítomnosti podľa § 101 ods. 2 O.s.p.</w:t>
      </w:r>
    </w:p>
    <w:p>
      <w:r>
        <w:t>Navrhovateľka si náklady konania neuplatnila a preto súd rozhodol, že navrhovateľke trovy konania nepriznáva.</w:t>
      </w:r>
    </w:p>
    <w:p>
      <w:r>
        <w:t>Vzhľadom na úspešnosť navrhovateľky v konaní súd jej odpúšťa zaplatenie súdneho poplatku v sume 35,- eur na účet súdu.</w:t>
      </w:r>
    </w:p>
    <w:p>
      <w:r>
        <w:t>Poučenie:</w:t>
      </w:r>
    </w:p>
    <w:p>
      <w:r>
        <w:t>Proti tomuto rozhodnutiu je možné podať odvolanie v lehote 15 dní od jeho doručenia, písomne, dvojmo na Krajskom súde v Bratislave.</w:t>
      </w:r>
    </w:p>
    <w:p>
      <w:r>
        <w:t>V odvolaní sa má uviesť okrem všeobecných náležitostí /§ 42 ods. 3 O.s.p./, proti ktorému rozhodnutiu odvolanie smeruje, v akom rozsahu ho napáda a v čom odvolávateľ vidí nesprávnosť postupu a rozhodnutia súdu.</w:t>
      </w:r>
    </w:p>
    <w:p/>
    <w:p>
      <w:r>
        <w:t>Zdroj: KAUZIS.SK – https://www.kauzis.sk/judikatura/r/ECLI:SK:KSBA:2014:1013200701.1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