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5Sd/79/2013 z 26. 10. 2014</w:t>
      </w:r>
    </w:p>
    <w:p>
      <w:r>
        <w:t>Uznesenie Krajského súdu Bratislava z 26. októbra 2014, sp. zn. 5Sd/79/2013, ECLI:SK:KSBA:2014:1013200734.2</w:t>
      </w:r>
    </w:p>
    <w:p>
      <w:r>
        <w:t>Súd: Krajský súd Bratislava</w:t>
      </w:r>
    </w:p>
    <w:p>
      <w:r>
        <w:t>Spisová značka: 5Sd/79/2013</w:t>
      </w:r>
    </w:p>
    <w:p>
      <w:r>
        <w:t>ECLI: ECLI:SK:KSBA:2014:1013200734.2</w:t>
      </w:r>
    </w:p>
    <w:p>
      <w:r>
        <w:t>Dátum vydania: 26.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5Sd/79/2013 Identifikačné číslo súdneho spisu: 1013200734 Dátum vydania rozhodnutia: 27. 10. 2014 Meno a priezvisko sudcu, VSÚ: JUDr. Milota Tóthová ECLI: ECLI:SK:KSBA:2014:1013200734.2 Uznesenie Krajský súd v Bratislave v právnej veci navrhovateľa G. D., C. M. H. N. XXXX, C.,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28.1.2013 žiadal preskúmať rozhodnutie odporkyne číslo XXX XXX XXXX zo dňa 11.1.2013, ktorým odporkyňa priznala od 19. marca 2012 invalidný dôchodok v sume 148,60 eur mesačne, zvýšený od 1. januára 2013 na sumu 154,50 eur mesačne. Písomným prehlásením zo dňa 22.9.2014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https://www.kauzis.sk/judikatura/r/ECLI:SK:KSBA:2014:1013200734.2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