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5Sd/80/2013 z 29. 1. 2014</w:t>
      </w:r>
    </w:p>
    <w:p>
      <w:r>
        <w:t>Uznesenie Krajského súdu Bratislava z 29. januára 2014, sp. zn. 5Sd/80/2013, ECLI:SK:KSBA:2014:1013200738.1</w:t>
      </w:r>
    </w:p>
    <w:p>
      <w:r>
        <w:t>Súd: Krajský súd Bratislava</w:t>
      </w:r>
    </w:p>
    <w:p>
      <w:r>
        <w:t>Spisová značka: 5Sd/80/2013</w:t>
      </w:r>
    </w:p>
    <w:p>
      <w:r>
        <w:t>ECLI: ECLI:SK:KSBA:2014:1013200738.1</w:t>
      </w:r>
    </w:p>
    <w:p>
      <w:r>
        <w:t>Dátum vydania: 29. 1. 2014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5Sd/80/2013 Identifikačné číslo súdneho spisu: 1013200738 Dátum vydania rozhodnutia: 30. 01. 2014 Meno a priezvisko sudcu, VSÚ: JUDr. Milota Tóthová ECLI: ECLI:SK:KSBA:2014:1013200738.1 Uznesenie Krajský súd v Bratislave v právnej veci navrhovateľky X. W., bytom I. XX, Z., proti odporkyni Sociálnej poisťovni ústredie, Ul. 29. augusta č. 8, Bratislava, o vdovský dôchodok, takto r o z h o d o l : Súd konanie z a s t a v u j e . Žiaden z účastníkov nemá právo na náhradu trov konania. o d ô v o d n e n i e : Navrhovateľka svojím návrhom zo dňa 14.3.2013 žiadala preskúmať rozhodnutie odporkyne číslo XXX XXX XXXX zo dňa 27.2.2013, ktorým odporkyňa zamietla žiadosť o priznanie invalidného dôchodku zo dňa 18. februára 2013. Písomným prehlásením zo dňa 24.5.2013 navrhovateľka vzala späť návrh v celom rozsahu. Súd podľa § 250d ods. 3 v spojení s § 250h ods. 2 a § 250l ods. 2 O.s.p. konanie zastavil. O trovách konania súd rozhodol podľa § 246c a § 146 ods. 1 písm. c) O.s.p. Poučenie: Proti tomuto uzneseniu je možné podať odvolanie do 15 dní odo dňa jeho doručenia na Krajskom súde v Bratislave.</w:t>
      </w:r>
    </w:p>
    <w:p/>
    <w:p>
      <w:r>
        <w:t>Zdroj: KAUZIS.SK – https://www.kauzis.sk/judikatura/r/ECLI:SK:KSBA:2014:1013200738.1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