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6S/106/2013 z 10. 4. 2014</w:t>
      </w:r>
    </w:p>
    <w:p>
      <w:r>
        <w:t>Uznesenie Krajského súdu Bratislava z 10. apríla 2014, sp. zn. 6S/106/2013, ECLI:SK:KSBA:2014:1013200788.1</w:t>
      </w:r>
    </w:p>
    <w:p>
      <w:r>
        <w:t>Súd: Krajský súd Bratislava</w:t>
      </w:r>
    </w:p>
    <w:p>
      <w:r>
        <w:t>Spisová značka: 6S/106/2013</w:t>
      </w:r>
    </w:p>
    <w:p>
      <w:r>
        <w:t>ECLI: ECLI:SK:KSBA:2014:1013200788.1</w:t>
      </w:r>
    </w:p>
    <w:p>
      <w:r>
        <w:t>Dátum vydania: 10. 4. 2014</w:t>
      </w:r>
    </w:p>
    <w:p>
      <w:r>
        <w:t>Forma: Uznesenie</w:t>
      </w:r>
    </w:p>
    <w:p>
      <w:pPr>
        <w:pStyle w:val="Heading2"/>
      </w:pPr>
      <w:r>
        <w:t>Text rozhodnutia</w:t>
      </w:r>
    </w:p>
    <w:p>
      <w:r>
        <w:t>Súd: Krajský súd Bratislava Spisová značka: 6S/106/2013 Identifikačné číslo súdneho spisu: 1013200788 Dátum vydania rozhodnutia: 11. 04. 2014 Meno a priezvisko sudcu, VSÚ: JUDr. Soňa Langová ECLI: ECLI:SK:KSBA:2014:1013200788.1 Uznesenie Krajský súd v Bratislave v právnej veci žalobcu: Centrum ekologických informácií, so sídlom Suché Mýto 19, 811 03 Bratislava, IČO: 42 268 559, zastúpeného: Bardač, s.r.o., advokátska kancelária so sídlom Búdková 4, 811 04 Bratislava, IČO: 47 243 252, proti žalovanému: Mestská časť Bratislava - Čunovo, so sídlom Hraničiarska č. 144/22, 851 10 Bratislava 59, zastúpeným advokátkou: Mgr. Eva Bognárová, Krížna 17,811 07 Bratislava, o preskúmanie zákonnosti fiktívneho rozhodnutia žalovaného doručeného dňa 9.3.2013 ako aj jeho odvolacieho fiktívneho rozhodnutia doručeného dňa 7.4.2013, takto r o z h o d o l : Krajský súd v Bratislave konanie z a s t a v u j e. Žalobca je povinný nahradiť žalovanému trovy konania spočívajúce v odmene právneho zastúpenia v sume 331,12 € do troch dní od právoplatnosti tohto uznesenia na účet právnej zástupkyne žalovaného č.: XXXXXXXXXX/XXXX vedený v H. N. a.s., KS: XXXX, poznámka 6S 106/2013. o d ô v o d n e n i e : Žalobca sa žalobou doručenou dňa 26.4.2013 domáhal, aby súd prvostupňové fiktívne rozhodnutie žalovaného, doručené žalobcovi dňa 09.03.2013, ktorým žalovaný odmietol prístup k informáciám požadovaným žalobcom, ako aj odvolacie fiktívne rozhodnutie žalovaného, doručené žalobcovi dňa 07.04.2013, zrušil a vec vrátil na ďalšie konanie. Žalobca zároveň navrhoval zaplatiť mu náhradu trov konania vo výške 275,94 Eur. Žaloba bola odôvodnená tým, že žalobca požiadal žalovaného, ako povinnú osobu podľa § 2 ods. 1 zákona č. 211/2000 Z.z. o slobodnom prístupe k informáciám a o zmene a doplnení niektorých zákonov (ďalej len zákon o slobode informácií) e-mailom zaslaným dňa 22.02.2013 o sprístupnenie viacerých informácií, ktoré má žalovaný k dispozícii. Žiadosť zaslaná e-mailom bola podpísaná zaručeným elektronickým podpisom. Žalovaný v zákonom stanovenej lehote, najneskôr do 6. 3. 2013 nesprístupnil požadované informácie ani nevydal rozhodnutie o odmietnutí prístupu k informáciám. Preto došlo podľa § 18 ods. 3 zákona o slobode informácií k vydaniu prvostupňového fiktívneho rozhodnutia. K jeho doručeniu došlo podľa § 18 ods. 3 zákona, dňa 9. 3. 2013. Voči prvostupňovému fiktívnemu rozhodnutiu podal žalobca odvolanie doručované emailom dňa 21. 3. 2013, pričom aj toto podanie bolo podpísané zaručeným elektronickým podpisom. Odvolací orgán v lehote 15 dní nerozhodol, na základe čoho došlo podľa § 19 ods. 3 zákona k vydaniu fiktívneho rozhodnutia, ktorým žalovaný odvolanie žalobcu zamietol a prvostupňové rozhodnutie potvrdil. Za deň doručenia tohto rozhodnutia sa považuje deň 7. 4. 2013. Podľa názoru žalobcu, napadnutým rozhodnutím bol ukrátený na svojich právach odmietnutím informácií bez zákonnej opory. Jeho právo je zaručené článkom 26 Ústavy Slovenskej republiky. Podľa jeho názoru je napadnuté rozhodnutie nepreskúmateľné pre nedostatok dôvodov, vec bola nesprávne právne posúdená. Žalobca poukázal na ustanovenie § 3 zákona o slobode informácií a uviedol, že požadované informácie nespadajú pod obmedzenia stanovené § 8 až 11 zákona, pretože sa nejednalo o utajované skutočnosti, skutočnosti týkajúce sa osobnosti a osobných údajov, obchodné tajomstvo, ku ktorým možno prístup obmedziť. V prípade, ak podľa žalovaného bol daný dôvod pre odmietnutie prístupu k informáciám, mal potom vydať zákonom stanoveným spôsobom rozhodnutie, ktoré by obsahovalo odôvodnenie v zmysle príslušných predpisov. Fiktívne rozhodnutie sa stalo z dôvodu nedostatku zákonných náležitostí nepreskúmateľným. Žalobca žiadal napadnuté rozhodnutia žalovaného zrušiť, vec vrátiť žalovanému na ďalšie konanie a priznať mu náhradu trov konania. Žalovaný vo svojom vyjadrení k žalobe doručenom súdu dňa 2.7. 2013 uviedol, že mu bola na jeho emailovú adresu dňa 22. februára 2013 doručená pošta s textom: " Dobrý deň, v prílohe vám posielam žiadosť o informácie, podpísanú zaručeným elektronickým podpisom. S pozdravom, Róbert Bardač. Žalovaný ešte v ten istý deň odpovedal prostredníctvom starostky mailom v ktorom uviedol, že jeho žiadosť nie je možné vybaviť, pretože v prílohe sú priložené prázdne dokumenty. Z obsahu žiadosti žalobcu nevyplývalo, že sa jeho odosielateľ dožaduje informácii v súlade so zákonom, nedefinoval, ktorej povinnej osobe je určená, nedefinoval, ktorých informácií sa domáha, aké sprístupnenie informácií žiada, pretože v prílohe sa nachádzali prázdne dokumenty. Dňa 21. 3. 2013 žalovaný obdržal mail, ktorý neobsahoval žiaden text, iba označenie predmetu: odvolanie. Žalovaný vyhlásil, že z prostriedkov technického počítačového a softvérového vybavenia miestneho úradu sa nebolo možné oboznámiť s obsahom zasielaných dokumentov a tieto nebolo možné previesť do čitateľnej podoby. Žalovaný poukázal na ustanovenie § 14 zákona o slobode informácií, upozornil, že zverejnená mailová adresa žalovaného nie je elektronickou podateľňou. Žalobu považuje za účelovú, nemorálnu a zneužívajúcu platnú právnu úpravu. Žalovaný upozornil, že žalobca v návrhu uviedol rovnaké identifikačné číslo u žalobcu aj právneho zástupcu. Jednoznačne odmietol porušenie zákonných ustanovení. Žalovaný žiadal žalobu zamietnuť a nepriznať žalobcovi náhradu trov právneho zastúpenia. Z obsahu podanej žaloby vyplýva, že žalobca sa domáhal postupu podľa ustanovení druhej hlavy, piatej časti Občianskeho súdneho poriadku (O.s.p.), upravujúcej rozhodovanie o žalobách proti rozhodnutiam a postupom správnych orgánov.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musel súd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Zo spisov vyplýva, že žalobca doručil 22. februára 2013 na adresu žalovaného e-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ani nepoprel skutočnosť, že e-mailová správa, ktorú mu žalobca doručil, obsahovala zaručený elektronický podpis.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otvoriť.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Žiadosť o poskytnutie informácií je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z 21. januára 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Podľa ust. § 103 O.s.p., kedykoľvek za konania prihliada súd na to, či sú splnené podmienky, za ktorých môže konať vo veci (podmienky konania). Podľa ust. § 104 ods. 1 prvá veta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Krajský súd vec právne posúdil v súlade s názorom Najvyššieho súdu Slovenskej republiky prezentovaným v jeho rozhodnutí sp. zn. 7Sži/7/2013, konanie podľa § 104 OSP zastavil, lebo konaniu a rozhodnutiu vo veci bránila neodstrániteľná prekážka konania, ktorou je nedostatok právomoci súdu na preskúmanie neexistujúceho rozhodnutia. O trovách konania súd rozhodol tak, že podľa § 246c O.s.p v spojení s 142 ods. 1 a § 146 ods. 2, prvá veta O.s.p. s prihliadnutím na ust. § 151 ods. 1 O.s.p. žalovanému priznal náhradu trov konania spočívajúcich v odmene za právne zastúpenie podľa vyhl. č. 655/2004 Z.z. o odmenách a náhradách advokátov za poskytovanie právnych služieb v znení neskorších predpisov (ďalej len vyhláška) podľa ust. § 11 ods. 4 vyhl. za úkony vykonané v roku 2013, t.j. podľa výpočtového základu určeného pre úkony vykonané v roku 2013 (právna zástupkyňa žalovaného si nesprávne uplatnila náhradu podľa výpočtového základu určeného pre úkony vykonané v roku 2014), a to 1 x 130,16 € (prevzatie veci dňa 12.6.2013) podľa § 14 ods. 1 písm. a) vyhl. ), 130,16 € za úkon zo dňa 2.7.2013(vyjadrenie k žalobe na výzvu súdu podľa § 13a ods. 1, písm. c) vyhl.). Žalovanému patrí aj paušálna náhrada 2 x 7,81 € náležiaca k úkonom podľa § 16 ods. 3 vyhl. a DPH 20% z odmien a náhrad (55,18 €) podľa § 18 ods. 3 vyhl., spolu 331,12 €. Rozhodnutie bolo prijaté senátom krajského súdu jednomyseľne, t.j. pomerom hlasov 3:0 (§ 3 ods. 9 zákona č. 757/2004 Z.z. o súdoch, v znení účinnom od 01.05.2011). Poučenie: Proti tomuto uzneseniu možno podať odvolanie do 15 dní odo dňa doručenia uznesenia,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https://www.kauzis.sk/judikatura/r/ECLI:SK:KSBA:2014:1013200788.1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