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6S/108/2013 z 6. 2. 2014</w:t>
      </w:r>
    </w:p>
    <w:p>
      <w:r>
        <w:t>Uznesenie Krajského súdu Bratislava z 6. februára 2014, sp. zn. 6S/108/2013, ECLI:SK:KSBA:2014:1013200801.1</w:t>
      </w:r>
    </w:p>
    <w:p>
      <w:r>
        <w:t>Súd: Krajský súd Bratislava</w:t>
      </w:r>
    </w:p>
    <w:p>
      <w:r>
        <w:t>Spisová značka: 6S/108/2013</w:t>
      </w:r>
    </w:p>
    <w:p>
      <w:r>
        <w:t>ECLI: ECLI:SK:KSBA:2014:1013200801.1</w:t>
      </w:r>
    </w:p>
    <w:p>
      <w:r>
        <w:t>Dátum vydania: 6. 2. 2014</w:t>
      </w:r>
    </w:p>
    <w:p>
      <w:r>
        <w:t>Forma: Uznesenie</w:t>
      </w:r>
    </w:p>
    <w:p>
      <w:pPr>
        <w:pStyle w:val="Heading2"/>
      </w:pPr>
      <w:r>
        <w:t>Text rozhodnutia</w:t>
      </w:r>
    </w:p>
    <w:p>
      <w:r>
        <w:t>Súd: Krajský súd Bratislava Spisová značka: 6S/108/2013 Identifikačné číslo súdneho spisu: 1013200801 Dátum vydania rozhodnutia: 07. 02. 2014 Meno a priezvisko sudcu, VSÚ: JUDr. Petra Príbelská, PhD. ECLI: ECLI:SK:KSBA:2014:1013200801.1 Uznesenie Krajský súd v Bratislave v právnej veci žalobcu: Centrum ekologických informácií, so sídlom Suché Mýto 19, 811 03 Bratislava, IČO: 47 243 252, právne zastúpený: Advokátska kancelária Bardač, s.r.o., so sídlom Búdkova 4, 811 04 Bratislava proti žalovanému: Obec Rohožník, so sídlom Školské námestie č. 1, 906 38 Rohožník, o preskúmanie zákonnosti fiktívneho rozhodnutia žalovaného, jednohlasne, takto r o z h o d o l : Krajský súd v Bratislave konanie z a s t a v u j e. Žiaden z účastníkov nemá právo na náhradu trov konania. o d ô v o d n e n i e : Žalobou podanou Krajskému súdu v Bratislave dňa 29.4.2013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6.6.2013 poukázal na ustanovenia § 14 ods. 1 a § 22 ods. 1 zákona č. 211/2000 Z.z. o slobodnom prístupe k informáciám, § 19 ods. 1 zákona č. 71/1967 Zb. o správnom konaní , § 2 písm. p), y) zákona č. 215/2002 Z.z. o elektronickom podpise a § 3 ods. 6 písm. e) zákona č. 275/2006 Z.z. o informačných systémoch verejnej správy a uviedol, že na výzvu žalobcu poslal tomuto žiadateľovi obratom elektronickou cestou oznámenie, že žiadosť zaslaná v prílohe nie je možné otvoriť. Rovnako žalovaný reagoval na druhý mail žiadateľa s tým, že žalovaný sa domáhal, aby žalobca zaslal žiadosť priamo v „maili“, alebo v prílohe cez PDF súbor. Žalovaný je toto názoru, že nebola dodržaná forma podania podľa § 14 ods. 1 zákona č. 211/2000 Z.z., nakoľko žiadosť nebola podaná technicky vykonateľným spôsobom. Žalobca nesprávne interpretuje zverejnené e-mailové adresy obcí ako adresy elektronickej podateľne, pričom nerešpektuje právnu úpravu explicitne upravujúci legálnu definíciu technického zariadenia a verejný zoznam, ktorý je evidenciou tých adries, ktoré sú elektronickými podateľňami. Žiadosť nebola doručená v súlade s § 14 ods. 1 zákona č. 211/2000 Z.z., nakoľko nebola doručená technicky vykonateľným spôsobom. Súvisiacim následkom je, že nemohlo dôjsť k plynutiu lehoty na vybavenie žiadosti, ani k fiktívnemu rozhodnutiu. Z uvedeného dôvodu žalovaný žiadal krajský súd, aby žalobu zamietol ako nedôvodnú. Krajský súd v Bratislave, ako súd vecne a miestne príslušný (§ 246 ods. 1 OSP) preskúmal napadnuté rozhodnutie a dospel k nasledovanému záveru: Podľa § 2 ods. 1 zákona č. 211/2000 Z.z.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č. 211/2000 Z.z.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č. 211/2000 Z.z.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č. 211/2000 Z.z. o slobode informácií.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č. 211/2000 Z.z.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Podľa § 14 ods. 4 zákona č. 211/2000 Z.z.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ustanovenia § 104 ods. 1 veta prvá O.s.p., ak ide o taký nedostatok podmienky konania, ktorý nemožno odstrániť, súd konanie zastaví. Vzhľadom na vyššie uvedené skutočnosti, Krajský súd v Bratislave vo veci konania s poukazom na vyššie citované ustanovenie § 104 O.s.p. zastavil, nakoľko konaniu a rozhodnutiu vo veci bráni neodstrániteľná prekážka konania, ktorou je nedostatok právomoci súdu na preskúmanie neexistujúceho konania (rozsudok Najvyššieho súdu Slovenskej republiky sp.zn. 7Sži/7/2013 zo dňa 27.11.2013).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https://www.kauzis.sk/judikatura/r/ECLI:SK:KSBA:2014:1013200801.1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