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5S/116/2013 z 20. 1. 2014</w:t>
      </w:r>
    </w:p>
    <w:p>
      <w:r>
        <w:t>Uznesenie Krajského súdu Bratislava z 20. januára 2014, sp. zn. 5S/116/2013, ECLI:SK:KSBA:2014:1013200832.1</w:t>
      </w:r>
    </w:p>
    <w:p>
      <w:r>
        <w:t>Súd: Krajský súd Bratislava</w:t>
      </w:r>
    </w:p>
    <w:p>
      <w:r>
        <w:t>Spisová značka: 5S/116/2013</w:t>
      </w:r>
    </w:p>
    <w:p>
      <w:r>
        <w:t>ECLI: ECLI:SK:KSBA:2014:1013200832.1</w:t>
      </w:r>
    </w:p>
    <w:p>
      <w:r>
        <w:t>Dátum vydania: 20. 1. 2014</w:t>
      </w:r>
    </w:p>
    <w:p>
      <w:r>
        <w:t>Forma: Uznesenie</w:t>
      </w:r>
    </w:p>
    <w:p>
      <w:pPr>
        <w:pStyle w:val="Heading2"/>
      </w:pPr>
      <w:r>
        <w:t>Text rozhodnutia</w:t>
      </w:r>
    </w:p>
    <w:p>
      <w:r>
        <w:t>Súd: Krajský súd Bratislava Spisová značka: 5S/116/2013 Identifikačné číslo súdneho spisu: 1013200832 Dátum vydania rozhodnutia: 21. 01. 2014 Meno a priezvisko sudcu, VSÚ: JUDr. Dáša Filová ECLI: ECLI:SK:KSBA:2014:1013200832.1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Studienka, 908 75 Studienka 364, IČO: 310042, zast. JUDr. Marta Vícenová, advokát, Záhorácka 5478/158, 901 01 Malacky o preskúmanie zákonnosti fiktívneho rozhodnutia žalovaného, takto r o z h o d o l : Súd konanie z a s t a v u j e . Žiaden z účastníkov nemá právo na náhradu trov konania. o d ô v o d n e n i e : Žalobou doručenou tunajšiemu súdu dňa 30.04.2013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9. marca 2013 a tiež druhostupňového fiktívneho rozhodnutia doručeného žalobcovi dňa 07.04.2013. K žalobe pripojil text žiadosti o poskytnutie informácií zo dňa 22.02.2013.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02.12.2013 vyslovil zásadný nesúhlas so samotnou žalobou ako účelovou, podľa jeho názoru sledujúcou len súdne trovy a neriešiacou otázku slobody vyhľadávania a sprístupňovania informácií. Uvedené žalovanému potvrdzuje aj skutočnosť, že Centrum ekologických informácií (žalobca a ďalej len „Centrum“) bolo zaregistrované Ministerstvom vnútra SR dňa 08.02.2013, ale už 21.01.2013 bola advokátskou kanceláriou Bardač s.r.o. písomne pripravená žiadosť o sprístupnenie informácií, inak verejne prístupných na internetovej stránke žalovaného. Preto žalovaný považuje za zarážajúce, že Centrum zaregistrované s tak špecifickým cieľom ako je podpora a presadzovanie dôslednej ochrany životného prostredia udelilo plnomocenstvo advokátskej kancelárii, aby pre ňu pravdepodobne za honorár získala to, čo zákon č. 211/2000 Z.z. umožňuje každému občanovi a v drvivej väčšine prípadov bezplatne. K veci samotnej žalovaný uviedol, že nemá zaevidovanú vo svojej registratúre takúto žiadosť žalobcu, žiaden spisový materiál v tejto veci ani nevedie a potom ani nemohol postupovať v súlade s § 16 a nasl. zák. č. 211/2000 Z.z. Pripomína, že z priloženej kópie emailu Róberta Bardača je zrejmé, že tento bol odoslaný dňa 22.02.2013 o 18,45 hod. na viacero emailových adries, ktorého predmetom bola táto žiadosť. V žiadnom spisovom materiáli sa však nenachádza žiaden dôkaz, ktorý by preukazoval, či bol tento email preukázateľne doručený žalovanému a či sa žalovaný s jeho obsahom riadne oboznámil, pričom skutočnosť, že žalobca email opatril zaručeným elektronickým podpisom je v danom prípade irelevantná. Vzhľadom na vyššie uvedené potom žalovaný navrhol žalobu ako zmätočnú a irelevantnú zamietnuť a uplatnil si trovy právneho zastúpenia, ktorých výšku nevyčíslil.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18.40 hod. mala byť na e-mailovu adresu: obecstudienka@zoznam.sk &lt;mailto:obecstudienka@zoznam.sk&gt;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 v členení na osobitne chránené územia - Special Protection Areas a osobitné územia ochrany - Special Areas of Conservation). Uvedené informácie požadoval žiadateľ sprístupniť v elektronickej podobe ich zaslaním na e-mailovu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1. marca 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22.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