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2S/117/2013 z 4. 3. 2014</w:t>
      </w:r>
    </w:p>
    <w:p>
      <w:r>
        <w:t>Uznesenie Krajského súdu Bratislava z 4. marca 2014, sp. zn. 2S/117/2013, ECLI:SK:KSBA:2014:1013200853.1</w:t>
      </w:r>
    </w:p>
    <w:p>
      <w:r>
        <w:t>Súd: Krajský súd Bratislava</w:t>
      </w:r>
    </w:p>
    <w:p>
      <w:r>
        <w:t>Spisová značka: 2S/117/2013</w:t>
      </w:r>
    </w:p>
    <w:p>
      <w:r>
        <w:t>ECLI: ECLI:SK:KSBA:2014:1013200853.1</w:t>
      </w:r>
    </w:p>
    <w:p>
      <w:r>
        <w:t>Dátum vydania: 4. 3. 2014</w:t>
      </w:r>
    </w:p>
    <w:p>
      <w:r>
        <w:t>Forma: Uznesenie</w:t>
      </w:r>
    </w:p>
    <w:p>
      <w:pPr>
        <w:pStyle w:val="Heading2"/>
      </w:pPr>
      <w:r>
        <w:t>Text rozhodnutia</w:t>
      </w:r>
    </w:p>
    <w:p>
      <w:r>
        <w:t>Súd: Krajský súd Bratislava Spisová značka: 2S/117/2013 Identifikačné číslo súdneho spisu: 1013200853 Dátum vydania rozhodnutia: 05. 03. 2014 Meno a priezvisko sudcu, VSÚ: Mgr. Viliam Pohančeník ECLI: ECLI:SK:KSBA:2014:1013200853.1 Uznesenie Krajský súd v Bratislave v právnej veci žalobcu: Centrum ekologických informácií, IČO: 42 268 559, Suché Mýto 19, Bratislava, zastúpený: Bardač s.r.o., advokátska kancelária, Búdková 4, Bratislava, v mene ktorej koná Mgr. Róbert Bardač, konateľ a advokát, proti žalovanému: Obec Jablonec, Jablonec 206, Budmerice, o preskúmanie zákonnosti fiktívneho rozhodnutia žalovaného, jednohlasne, takto r o z h o d o l : Krajský súd v Bratislave konanie z a s t a v u j e . Žiaden z účastníkov nemá právo na náhradu trov konania. o d ô v o d n e n i e : Žalobou doručenou Krajskému súdu v Bratislave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(ďalej aj len „zákon č. 211/2000 Z.z.“) doručeného žalobcovi 09.03.2013 a tiež druhostupňového fiktívneho rozhodnutia doručeného žalobcovi dňa 07.04.2013. K žalobe pripojil text žiadosti o poskytnutie informácií zo dňa 21.01.2013. Žalobca tvrdil,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vytýkal,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sú potom napadnuté rozhodnutia v rozpore s § 3 ods. 1 zákona č. 211/2000 Z.z., keďže žalovaný s požadovanými informáciami disponuje a súčasne neexistuje žiaden zákonný dôvod pre ich nesprístupnenie. Je preto daný dôvod pre zrušenie napadnutých rozhodnutí aj podľa § 250j ods. 2 písm. a/ O.s.p. Zároveň si žalobca uplatnil náhradu trov konania vzniknutých do dňa podania žaloby v sume 275,94 eur pozostávajúcich z odmeny za dva úkony právnej služby (prevzatie veci a podanie písomnej žaloby) a 2x režijný paušál. Žalovaný sa k žalobe písomne nevyjadril. Krajský súd v Bratislave predovšetkým najprv skúmal, či sú v danom prípade splnené podmienky súdneho prieskumu tak, ako tieto vyplývajú z prvej a druhej hlavy piatej časti O.s.p., teda či tu vôbec došlo k začatiu konania o poskytnutie informácií pred povinnou osobou a či výsledkom konania bolo rozhodnutie preskúmateľné súdom, pričom zistil nasledovné: Dňa 22.02.2013 o 18:45 hod. mala byť na emailovú adresu: jablonec@golemtech.sk &lt;mailto:jablonec@golemtech.sk&gt;; zaslaná žiadosť Róberta Bardača o sprístupnenie informácií podľa zákona č. 211/2000 Z.z. podpísaná zaručeným elektronickým podpisom a s označenou prílohou „CEI BA príloha.zep:, CEI BA žiadosť.zep“. Žalobca však ničím neosvedčil, že by predmetná žiadosť aj bola žalovanému doručená. Zo samotnej žiadosti pripojenej žalobcom k žalobe vyplýva, že tento sa postupom podľa zákona č. 211/2000 Z.z. domáhal u žalovaného ako povinnej osoby sprístupnenia nasledovných informácií: - údaj o počte obyvateľov obce k 31.12.2011 a k 31.12.2012, - rozloha obce, - počet a zoznam území chránených Ramsarským dohovorom o mokradiach a území zaradených do sústavy chránených území NATURA 2000, nachádzajúcich sa na území obce ( v členení na osobitne chránené územia - Special Protection Areas a mosobitné územia ochrany - Special Areas of Conservation). Uvedené informácie požadoval žiadateľ sprístupniť v elektronickej podobe ich zaslaním na e-mailovú adresu žiadateľa: centrum.cei.sk@gmail.com &lt;mailto:centrum.cei.sk@gmail.com&gt;.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uvedené, upravuje ustanovenie § 14 zákona o slobode informácií, ktoré výslovne uvádza, že žiadosť možno podať písomne, ústne, faxom, elektronickou poštou alebo iným technicky vykonateľným spôsobom. V danom prípade mal žalobca doručiť dňa 22.02.2013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preto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21.01.2013,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osobitnej piatej časti druhej hlavy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náhrade trov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preukázateľné trovy tomuto nevznikli. Toto rozhodnutie senát Krajského súdu v Bratislave prijal pomerom hlasov 3 : 0 (§ 3 ods. 9 zákona č. 757/2004 Z.z. v znení zákona č. 33/2011 Z.z.). Poučenie: Proti tomuto uzneseniu možno podať odvolanie do 15 dní odo dňa jeho doručenia prostredníctvom Krajského súdu v Bratislave na Najvyšší súd Slovenskej republiky.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