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6S/119/2013 z 6. 2. 2014</w:t>
      </w:r>
    </w:p>
    <w:p>
      <w:r>
        <w:t>Uznesenie Krajského súdu Bratislava z 6. februára 2014, sp. zn. 6S/119/2013, ECLI:SK:KSBA:2014:1013200856.1</w:t>
      </w:r>
    </w:p>
    <w:p>
      <w:r>
        <w:t>Súd: Krajský súd Bratislava</w:t>
      </w:r>
    </w:p>
    <w:p>
      <w:r>
        <w:t>Spisová značka: 6S/119/2013</w:t>
      </w:r>
    </w:p>
    <w:p>
      <w:r>
        <w:t>ECLI: ECLI:SK:KSBA:2014:1013200856.1</w:t>
      </w:r>
    </w:p>
    <w:p>
      <w:r>
        <w:t>Dátum vydania: 6. 2. 2014</w:t>
      </w:r>
    </w:p>
    <w:p>
      <w:r>
        <w:t>Forma: Uznesenie</w:t>
      </w:r>
    </w:p>
    <w:p>
      <w:pPr>
        <w:pStyle w:val="Heading2"/>
      </w:pPr>
      <w:r>
        <w:t>Text rozhodnutia</w:t>
      </w:r>
    </w:p>
    <w:p>
      <w:r>
        <w:t>Súd: Krajský súd Bratislava Spisová značka: 6S/119/2013 Identifikačné číslo súdneho spisu: 1013200856 Dátum vydania rozhodnutia: 07. 02. 2014 Meno a priezvisko sudcu, VSÚ: JUDr. Petra Príbelská, PhD. ECLI: ECLI:SK:KSBA:2014:1013200856.1 Uznesenie Krajský súd v Bratislave v právnej veci žalobcu: Centrum ekologických informácií, so sídlom Suché Mýto 19, 811 03 Bratislava, IČO: 47 243 252, právne zastúpený: Advokátska kancelária Bardač, s.r.o., so sídlom Búdková 4, 811 04 Bratislava, proti žalovanému: Obec Častá, so sídlom Hlavná č. 168, 900 89 Častá, o preskúmanie zákonnosti fiktívneho rozhodnutia žalovaného, jednohlasne, takto r o z h o d o l : Krajský súd v Bratislave konanie z a s t a v u j e. Žiaden z účastníkov nemá právo na náhradu trov konania. o d ô v o d n e n i e : Žalobou podanou Krajskému súdu v Bratislave dňa 2.5.2013 sa žalobca domáhal zrušenia fiktívneho rozhodnutia žalovaného vo veci poskytnutia informácií podľa zákona č. 211/2000 Z.z. o slobodnom prístupe k informáciám a o zmene a doplnení niektorých zákonov (ďalej len zákon č. 211/2000 Z.z.)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č. 211/2000 Z.z. v spojení s § 19 ods. 1 zákona č. 71/1967 Zb.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zákona č. 211/2000 Z.z. preto podľa názoru žalobcu došlo k vydaniu fiktívneho prvostupňového rozhodnutia žalovaného. K doručeniu prvostupňového rozhodnutia v zmysle § 18 ods. 3 zákona č. 211/2000 Z.z. došlo dňa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navrhol, aby Krajský súd v Bratislave napadnuté rozhodnutie preskúmal a po jeho preskúmaní ho zrušil. Hlavným dôvodom nezákonnosti je skutočnosť, že žalovaný v napadnutom rozhodnutí vec nesprávne právne posúdil, a že napadnuté rozhodnutie je nepreskúmateľné pre nedostatok dôvodov. Informácie požadované žalobcom nespadajú do rámca § 8 až § 11 zákona č. 211/2000 Z.z., pretože nešlo o utajované skutočnosti týkajúce sa osobnosti a osobných údajov, obchodné tajomstvo, či niektoré ďalšie informácie, ku ktorým možno prístup obmedziť podľa § 11 citovaného zákona. Nesprávne právne posúdenie veci odôvodňoval tým, že napadnuté rozhodnutie je v rozpore s § 3 ods. 1 zákona č. 211/2000 Z.z., keďže požadovanými informáciami žalovaný disponuje a súčasne neexistuje žiaden zákonný dôvod pre ich nesprístupnenie. Nepreskúmateľnosť pre nedostatok dôvodov odôvodnil žalobca tým, že ak mal žalovaný za to, že je daný dôvod pre odmietnutie prístupu k požadovaným informáciám, mal o tom vydať rozhodnutie, ktoré by obsahovalo odôvodnenie podľa § 47 ods. 3 zákona č. 71/1967 Zb., umožňujúce žalobcovi oboznámiť sa s dôvodmi pre odmietnutie prístupu k informáciám. To sa však nestalo, pretože došlo k vydaniu fiktívneho rozhodnutia v oboch stupňoch v súlade s § 18 ods. 3 a § 19 ods. 3 zákona č. 211/2000 Z.z., ktoré je v celom rozsahu nepreskúmateľné. Žalobca ďalej poukázal na rozhodovaciu prax súdov, rozsudok Najvyššieho súdu Slovenskej republiky sp.zn. 3Sži/3/2011 zo dňa 03.05.2011. Na základe vyššie uvedených skutočností mal žalobca za to, že vec bola nesprávne právne posúdená a zároveň je rozhodnutie nepreskúmateľné pre nedostatok dôvodov, preto sa prostredníctvom žaloby domáhal, aby Krajský súd v Bratislave prvostupňové fiktívne rozhodnutie doručené žalobcovi dňa 9.3.2013, ako aj odvolacie fiktívne rozhodnutie, doručené žalobcovi dňa 7.4.2013 zrušil a vec vrátil žalovanému na ďalšie konanie. Zároveň sa žalobca domáhal náhrady trov konania. Žalovaný vo svojom vyjadrení doručenom Krajskému súdu v Bratislave dňa 20.6.2013 poukázal na ustanovenia § 14 ods. 1 a § 22 ods. 1 zákona č. 211/2000 Z.z. o slobodnom prístupe k informáciám, § 19 ods. 1 zákona č. 71/1967 Zb. o správnom konaní , § 2 písm. p), y) zákona č. 215/2002 Z.z. o elektronickom podpise a § 3 ods. 6 písm. e) zákona č. 275/2006 Z.z. o informačných systémoch verejnej správy a uviedol, že nebola dodržaná forma podania podľa § 14 ods. 1 zákona č. 211/2000 Z.z., nakoľko žiadosť nebola podaná technicky vykonateľným spôsobom. Žalobca nesprávne interpretuje zverejnené e-mailové adresy obcí ako adresy elektronickej podateľne, pričom nerešpektuje právnu úpravu explicitne upravujúci legálnu definíciu technického zariadenia a verejný zoznam, ktorý je evidenciou tých adries, ktoré sú elektronickými podateľňami. Žiadosť nebola doručená v súlade s § 14 ods. 1 zákona č. 211/2000 Z.z., nakoľko nebola doručená technicky vykonateľným spôsobom. Súvisiacim následkom je, že nemohlo dôjsť k plynutiu lehoty na vybavenie žiadosti, ani k fiktívnemu rozhodnutiu. Z uvedeného dôvodu žalovaný žiadal krajský súd, aby žalobu zamietol ako nedôvodnú. Krajský súd v Bratislave, ako súd vecne a miestne príslušný (§ 246 ods. 1 OSP) preskúmal napadnuté rozhodnutie a dospel k nasledovanému záveru: Podľa § 2 ods. 1 zákona č. 211/2000 Z.z.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č. 211/2000 Z.z.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č. 211/2000 Z.z.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č. 211/2000 Z.z. o slobode informácií. Zo zoznamu elektronických adries umiestnenia elektronických podateľní orgánov verejnej moci je zrejmé, že žalovaný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č. 211/2000 Z.z.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aj technicky vykonateľným spôsobom preto nemalo za následok doručenie jeho obsahu žalovanému a žalovaný konanie o poskytnutie informácií podľa zákona o slobode informácií nemohol začať. Podľa § 14 ods. 4 zákona č. 211/2000 Z.z.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ustanovenia § 104 ods. 1 veta prvá O.s.p., ak ide o taký nedostatok podmienky konania, ktorý nemožno odstrániť, súd konanie zastaví. Na základe vyššie uvedených skutočností, Krajský súd v Bratislave konanie s poukazom na vyššie citované ustanovenie § 104 O.s.p. zastavil, nakoľko konaniu a rozhodnutiu vo veci bráni neodstrániteľná prekážka konania, ktorou je nedostatok právomoci súdu na preskúmanie neexistujúceho konania (rozsudok Najvyššieho súdu Slovenskej republiky sp.zn. 7Sži/7/2013 zo dňa 27.11.2013). O trovách konania rozhodol Krajský súd v Bratislave tak, že podľa § 246c O.s.p. v spojení s § 146 ods. 1 písm. c) žiadnemu z účastníkov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https://www.kauzis.sk/judikatura/r/ECLI:SK:KSBA:2014:1013200856.1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