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5S/118/2013 z 13. 1. 2014</w:t>
      </w:r>
    </w:p>
    <w:p>
      <w:r>
        <w:t>Uznesenie Krajského súdu Bratislava z 13. januára 2014, sp. zn. 5S/118/2013, ECLI:SK:KSBA:2014:1013200858.1</w:t>
      </w:r>
    </w:p>
    <w:p>
      <w:r>
        <w:t>Súd: Krajský súd Bratislava</w:t>
      </w:r>
    </w:p>
    <w:p>
      <w:r>
        <w:t>Spisová značka: 5S/118/2013</w:t>
      </w:r>
    </w:p>
    <w:p>
      <w:r>
        <w:t>ECLI: ECLI:SK:KSBA:2014:1013200858.1</w:t>
      </w:r>
    </w:p>
    <w:p>
      <w:r>
        <w:t>Dátum vydania: 13. 1. 2014</w:t>
      </w:r>
    </w:p>
    <w:p>
      <w:r>
        <w:t>Forma: Uznesenie</w:t>
      </w:r>
    </w:p>
    <w:p>
      <w:pPr>
        <w:pStyle w:val="Heading2"/>
      </w:pPr>
      <w:r>
        <w:t>Text rozhodnutia</w:t>
      </w:r>
    </w:p>
    <w:p>
      <w:r>
        <w:t>Súd: Krajský súd Bratislava Spisová značka: 5S/118/2013 Identifikačné číslo súdneho spisu: 1013200858 Dátum vydania rozhodnutia: 14. 01. 2014 Meno a priezvisko sudcu, VSÚ: JUDr. Anna Peťovská PhD. ECLI: ECLI:SK:KSBA:2014:1013200858.1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Vištuk, so sídlom Vištuk č.353, IČO: 00 305 171, o preskúmanie zákonnosti fiktívneho rozhodnutia žalovaného, takto r o z h o d o l : Súd konanie z a s t a v u j e . Žiaden z účastníkov nemá právo na náhradu trov konania. o d ô v o d n e n i e : Žalobou doručenou tunajšiemu súdu dňa 02.05.2013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09. marca 2013 a tiež druhostupňového fiktívneho rozhodnutia doručeného žalobcovi dňa 07.04.2013. K žalobe pripojil text žiadosti o poskytnutie informácií zo dňa 21.01.2013.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 dôvodu opatrnosti sa žalobca domáha zrušenia napadnutých rozhodnutí aj s poukazom na ust. § 250j ods. 2 písm. b/ O.s.p., a to pre prípad, že žalovaný nepredloží súdu administratívny spis úplný, alebo ho nepredloží vôbec.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24.10.2013 vyslovil nesúhlas so samotnou žalobou a pochybnosti, že mohlo v danom prípade ísť zo strany žalobcu o konanie v rozpore so zákazom zneužitia subjektívnych práv, v krajnom prípade o kalkul vzhľadom na množstvo podaných žalôb a zastúpenie advokátskou kanceláriou. K veci samotnej žalovaný uviedol, že nakoľko podanie žalobcu, resp. prílohy emailu nebolo možné otvoriť, dňa 25.03.2013 o 08.50 hod pracovníčka OÚ p. Jedináková uvedené žalobcovi oznámila. Žalobca na toto oznámenie a výzvu nereagoval. Obdobne sa tak stalo i odvolaním, ktoré žalobca taktiež bez možnosti otvorenia prílohy žalovanému doručil. Potom ani nemohlo dôjsť k plynutiu lehoty na vybavenie žiadosti, ani k fiktívnemu rozhodnutiu v zmysle § 18 ods. 3 zákona. Vzhľadom na vyššie uvedené potom žalovaný navrhol žalobu ako nedôvodnú zamietnuť.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22.02.2013 o 18.45 hod. mala byť na e-mailovú adresu žalovaného zaslaná žiadosť Róberta Bardača o sprístupnenie informácií podľa zákona č.211/2000 Z.z. podpísaná zaručeným elektronickým podpisom a s označenou prílohou „CEI BA príloha.zep:, CEI BA žiadosť.zep“. Žalobca však ničím neosvedčil, žeby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(v členení na osobitne chránené územia - Special Protection Areas a osobitné územia ochrany - Special Areas of Conservation). Uvedené informácie požadoval žiadateľ sprístupniť v elektronickej podobe ich zaslaním na e-mailovú adresu žiadateľa: centrum.cei.sk@gmail.com &lt;mailto:centrum.cei.sk@gmail.com&gt;. Žalovaný dňa 25.03.2013 o 8.50 hod. oznámil právnemu zástupcovi žalobcu, že prílohu nie je možné otvoriť, na ktorú skutočnosť žalobca nereagoval.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22. februára 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 januára 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druhej hlavy piatej časti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preukázateľné trovy tomuto nevznikli.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