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6S/125/2013 z 19. 6. 2014</w:t>
      </w:r>
    </w:p>
    <w:p>
      <w:r>
        <w:t>Uznesenie Krajského súdu Bratislava z 19. júna 2014, sp. zn. 6S/125/2013, ECLI:SK:KSBA:2014:1013200892.1</w:t>
      </w:r>
    </w:p>
    <w:p>
      <w:r>
        <w:t>Súd: Krajský súd Bratislava</w:t>
      </w:r>
    </w:p>
    <w:p>
      <w:r>
        <w:t>Spisová značka: 6S/125/2013</w:t>
      </w:r>
    </w:p>
    <w:p>
      <w:r>
        <w:t>ECLI: ECLI:SK:KSBA:2014:1013200892.1</w:t>
      </w:r>
    </w:p>
    <w:p>
      <w:r>
        <w:t>Dátum vydania: 19.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6S/125/2013 Identifikačné číslo súdneho spisu: 1013200892 Dátum vydania rozhodnutia: 20. 06. 2014 Meno a priezvisko sudcu, VSÚ: JUDr. Soňa Langová ECLI: ECLI:SK:KSBA:2014:1013200892.1 Uznesenie Krajský súd v Bratislave v právnej veci žalobcu: Beckinson s.r.o., Ružová dolina 6, 821 08 Bratislava, zastúpeného: Advokátska kancelária Ivan Syrový, s.r.o., Sartorisova 10, 821 08 Bratislava, proti žalovanému: Daňový úrad Bratislava, Ševčenkova 32, P.O.BOX 154, 850 00 Bratislava, o ochrane pred nezákonným zásahom orgánu verejnej moci, takto r o z h o d o l : Súd konanie z a s t a v u j e. Žiaden z účastníkov nemá právo na náhradu trov konania. o d ô v o d n e n i e : Žalobou doručenou súdu dňa 6.5.2013 žalobca žiadal súd, aby uložil žalovanému povinnosť zdržať sa nezákonného zásahu spočívajúceho v nevydaní osvedčenia o registrácii pre daň z pridanej hodnoty žalobcovi a zároveň aby mu uložil povinnosť vydať žalobcovi osvedčenie o registrácii pre DPH. Pred rozhodnutím vo veci samej, žalobca prostredníctvom svojho právneho zástupcu, podaním doručeným tunajšiemu súdu dňa 23.5.2014 oznámil, že berie žalobu späť, žiada konanie zastaviť.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späť. O trovách konania súd rozhodol podľa osobitnej úpravy ohľadom náhrady trov konania v konaniach podľa piatej časti O.s.p. v ust. § 250h ods. 2 O.s.p., s prihliadnutím na ust. § 246c O.s.p. tak, že žiadnemu z účastníkov nepriznal náhradu trov konania, pretože pre iný postup nebol dôvod. O vrátení súdneho poplatku súd nerozhodoval, pretože tento nebol žalobcom uhradený. Toto rozhodnutie senát Krajského súdu v Bratislave prijal pomerom hlasov 3 : 0 (§ 3 ods. 9 zákona č. 757/2004 Z.z. v znení zákona č. 33/2011 Z.z.)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odvolávateľ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https://www.kauzis.sk/judikatura/r/ECLI:SK:KSBA:2014:1013200892.1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