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5S/128/2013 z 13. 1. 2014</w:t>
      </w:r>
    </w:p>
    <w:p>
      <w:r>
        <w:t>Uznesenie Krajského súdu Bratislava z 13. januára 2014, sp. zn. 5S/128/2013, ECLI:SK:KSBA:2014:1013200908.1</w:t>
      </w:r>
    </w:p>
    <w:p>
      <w:r>
        <w:t>Súd: Krajský súd Bratislava</w:t>
      </w:r>
    </w:p>
    <w:p>
      <w:r>
        <w:t>Spisová značka: 5S/128/2013</w:t>
      </w:r>
    </w:p>
    <w:p>
      <w:r>
        <w:t>ECLI: ECLI:SK:KSBA:2014:1013200908.1</w:t>
      </w:r>
    </w:p>
    <w:p>
      <w:r>
        <w:t>Dátum vydania: 13. 1. 2014</w:t>
      </w:r>
    </w:p>
    <w:p>
      <w:r>
        <w:t>Forma: Uznesenie</w:t>
      </w:r>
    </w:p>
    <w:p>
      <w:pPr>
        <w:pStyle w:val="Heading2"/>
      </w:pPr>
      <w:r>
        <w:t>Text rozhodnutia</w:t>
      </w:r>
    </w:p>
    <w:p>
      <w:r>
        <w:t>Súd: Krajský súd Bratislava Spisová značka: 5S/128/2013 Identifikačné číslo súdneho spisu: 1013200908 Dátum vydania rozhodnutia: 14. 01. 2014 Meno a priezvisko sudcu, VSÚ: JUDr. Anna Peťovská PhD. ECLI: ECLI:SK:KSBA:2014:1013200908.1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Kostolná pri Dunaji, so sídlom Kostolná pri Dunaji č. 59, IČO: 00 306 037, zastúpený Fridrich Paľko, s.r.o., so sídlom Grösslingova 4, Bratislava, IČO: 36 864 421, o preskúmanie zákonnosti fiktívneho rozhodnutia žalovaného, takto r o z h o d o l : Súd konanie z a s t a v u j e . Žiaden z účastníkov nemá právo na náhradu trov konania. o d ô v o d n e n i e : Žalobou doručenou tunajšiemu súdu dňa 07.05.2013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09. marca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 dôvodu opatrnosti sa žalobca domáha zrušenia napadnutých rozhodnutí aj s poukazom na ust. § 250j ods. 2 písm. b/ O.s.p., a to pre prípad, že žalovaný nepredloží súdu administratívny spis úplný, alebo ho nepredloží vôbec.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21.11.2013 vyslovil nesúhlas so samotnou žalobou a po podrobnom výklade zákonných požiadaviek pre riadne doručenie žiadosti o sprístupnenie informácii uviedol, že v danom prípade žalobca ničím neosvedčil skutočné doručenie žiadosti žalovanému a potom žalobcom zvoleným postupom doručovania nemohlo dôjsť ani k začatiu konania a k plynutiu lehoty na vybavenie žiadosti, ani k fiktívnemu rozhodnutiu v zmysle § 18 ods. 3 zákona. Tiež namietal pasívnu legitimáciu obce v danej veci poukazujúc, že v zmysle § 250 ods. 4 O.s.p. je žalovaným správny orgán, ktorý vo veci rozhodol v poslednom stupni. Potom pasívne legitimovaným tu nie je obec, ale starosta obce. Žalovaný vyslovil tiež pochybnosti nad zámerom podania žaloby a jej účelom, ktorým podľa neho ani nemalo byť získanie požadovaných informácií a konanie žalobcu považuje za konanie v rozpore s dobrými mravmi, ktorému potom súd ani nemôže poskytnúť právnu ochranu. Vzhľadom na vyššie uvedené potom žalovaný navrhol žalobu ako nedôvodnú zamietnuť a priznať žalovanému náhradu trov konania, resp. konanie vo veci zastaviť.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18.47 hod. mala byť na e-mailovú adresu žalovaného zaslaná žiadosť Róberta Bardača o sprístupnenie informácií podľa zákona č.211/2000 Z.z. podpísaná zaručeným elektronickým podpisom a s označenou prílohou „CEI BA príloha.zep:, CEI BA žiadosť.zep“. Žalobca však ničím neosvedčil, že 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22. februára 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j druhej hlavy piatej časti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keď inak námietka pasívnej legitimácie žalovaného neobstojí. O trovách konania súd rozhodol podľa § 146 ods. 1 písm. c/ O.s.p. v spojení s § 246c O.s.p. tak, že žiadnemu z účastníkov náhradu trov konania nepriznal, keď konanie bolo zastavené a súd nevzhliadol žiaden dôvod pre použitie ods. 2 § 146 O.s.p. Súd v tejto súvislosti poukazuje na platnú právnu úpravu náhrady trov konania podľa piatej časti O.s.p., keď ani v prípade zamietnutia žaloby zákon priznať náhradu trov konania úspešnému žalovanému neumožňuje.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https://www.kauzis.sk/judikatura/r/ECLI:SK:KSBA:2014:1013200908.1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