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6S/129/2013 z 6. 2. 2014</w:t>
      </w:r>
    </w:p>
    <w:p>
      <w:r>
        <w:t>Uznesenie Krajského súdu Bratislava z 6. februára 2014, sp. zn. 6S/129/2013, ECLI:SK:KSBA:2014:1013200909.1</w:t>
      </w:r>
    </w:p>
    <w:p>
      <w:r>
        <w:t>Súd: Krajský súd Bratislava</w:t>
      </w:r>
    </w:p>
    <w:p>
      <w:r>
        <w:t>Spisová značka: 6S/129/2013</w:t>
      </w:r>
    </w:p>
    <w:p>
      <w:r>
        <w:t>ECLI: ECLI:SK:KSBA:2014:1013200909.1</w:t>
      </w:r>
    </w:p>
    <w:p>
      <w:r>
        <w:t>Dátum vydania: 6. 2. 2014</w:t>
      </w:r>
    </w:p>
    <w:p>
      <w:r>
        <w:t>Forma: Uznesenie</w:t>
      </w:r>
    </w:p>
    <w:p>
      <w:pPr>
        <w:pStyle w:val="Heading2"/>
      </w:pPr>
      <w:r>
        <w:t>Text rozhodnutia</w:t>
      </w:r>
    </w:p>
    <w:p>
      <w:r>
        <w:t>Súd: Krajský súd Bratislava Spisová značka: 6S/129/2013 Identifikačné číslo súdneho spisu: 1013200909 Dátum vydania rozhodnutia: 07. 02. 2014 Meno a priezvisko sudcu, VSÚ: JUDr. Petra Príbelská, PhD. ECLI: ECLI:SK:KSBA:2014:1013200909.1 Uznesenie Krajský súd v Bratislave v právnej veci žalobcu: Centrum ekologických informácií, so sídlom Suché Mýto 19, 811 03 Bratislava, IČO: 47 243 252, právne zastúpený: Advokátska kancelária Bardač, s.r.o., so sídlom Búdková 4, 811 04 Bratislava, proti žalovanému: Obec Kráľová pri Senci, so sídlom Kráľová pri Senci č. 326, 900 50 Kráľová pri Senci, o preskúmanie zákonnosti fiktívneho rozhodnutia žalovaného, jednohlasne, takto r o z h o d o l : Krajský súd v Bratislave konanie z a s t a v u j e. Žiaden z účastníkov nemá právo na náhradu trov konania. o d ô v o d n e n i e : Žalobou podanou Krajskému súdu v Bratislave dňa 7.5.2013 sa žalobca domáhal zrušenia fiktívneho rozhodnutia žalovaného vo veci poskytnutia informácií podľa zákona č. 211/2000 Z.z. o slobodnom prístupe k informáciám a o zmene a doplnení niektorých zákonov (ďalej len zákon č. 211/2000 Z.z.) v znení neskorších predpisov doručeného žalobcovi 9.3.2013, ktorým žalovaný odmietol prístup k informáciám požadovaných žalobcom ako aj odvolacie fiktívne rozhodnutie žalovaného doručené žalobcovi dňa 7.4.2013. K žalobe pripojil text žiadosti o poskytnutie informácií v písomnej podobe. V žalobe uviedol, že žalobca požiadal žalovaného e-mailom zaslaným dňa 22.2.2013 o sprístupnenie viacerých informácií, ktoré má žalovaný k dispozícii. V súlade s § 22 ods. 1 zákona č. 211/2000 Z.z. v spojení s § 19 ods. 1 zákona č. 71/1967 Zb. o správnom konaní pre vylúčenie pochybnosti bola táto e-mailom zaslaná žiadosť podpísaná zaručeným elektronickým podpisom. Žalovaný v zákonom ustanovenej lehote 8 pracovných dní odo dňa doručenia žiadosti dňa 22.2.2013, t.j. najneskôr do 6.3.2013 požadované informácie nesprístupnil, ani nevydal rozhodnutie o odmietnutí prístupu k týmto informáciám. V súlade s § 18 ods. 3 zákona č. 211/2000 Z.z. preto podľa názoru žalobcu došlo k vydaniu fiktívneho prvostupňového rozhodnutia žalovaného. K doručeniu prvostupňového rozhodnutia v zmysle § 18 ods. 3 zákona č. 211/2000 Z.z. došlo dňa 9.3.2013. Žalobca podal proti prvostupňovému rozhodnutiu odvolanie, v ktorom toto rozhodnutie navrhol zrušiť a vec vrátiť na nové konanie. Odvolanie proti napadnutému rozhodnutiu podal žalobca žalovanému e-mailom dňa 21.3.2013, pričom aj toto podanie bolo podpísané zaručeným elektronickým podpisom. Vzhľadom k tomu, že odvolací orgán v lehote 15 dní odo dňa doručenia odvolania o tomto odvolaní nerozhodol, má sa podľa § 19 ods. 3 zákona č. 211/2000 Z.z. za to, že žalovaný vydal fiktívne rozhodnutie, ktorým odvolanie žalobcu zamietol a prvostupňové rozhodnutie potvrdil. Za deň doručenia tohto napadnutého rozhodnutia sa považuje 7.4.2013. Žalobca má za to, že napadnutým rozhodnutím bol ukrátený na svojich právach a to tým, že žalovaný odmietol žalobcovi prístup k informáciám bez toho, aby mal na to zákonnú oporu. V neposlednom rade tým žalovaný zasiahol aj do práva na informácie, zaručeného čl. 26 Ústavy SR. Žalobca preto navrhol, aby Krajský súd v Bratislave napadnuté rozhodnutie preskúmal a po jeho preskúmaní ho zrušil. Hlavným dôvodom nezákonnosti je skutočnosť, že žalovaný v napadnutom rozhodnutí vec nesprávne právne posúdil, a že napadnuté rozhodnutie je nepreskúmateľné pre nedostatok dôvodov. Informácie požadované žalobcom nespadajú do rámca § 8 až § 11 zákona č. 211/2000 Z.z., pretože nešlo o utajované skutočnosti týkajúce sa osobnosti a osobných údajov, obchodné tajomstvo, či niektoré ďalšie informácie, ku ktorým možno prístup obmedziť podľa § 11 citovaného zákona. Nesprávne právne posúdenie veci odôvodňoval tým, že napadnuté rozhodnutie je v rozpore s § 3 ods. 1 zákona č. 211/2000 Z.z., keďže požadovanými informáciami žalovaný disponuje a súčasne neexistuje žiaden zákonný dôvod pre ich nesprístupnenie. Nepreskúmateľnosť pre nedostatok dôvodov odôvodnil žalobca tým, že ak mal žalovaný za to, že je daný dôvod pre odmietnutie prístupu k požadovaným informáciám, mal o tom vydať rozhodnutie, ktoré by obsahovalo odôvodnenie podľa § 47 ods. 3 zákona č. 71/1967 Zb., umožňujúce žalobcovi oboznámiť sa s dôvodmi pre odmietnutie prístupu k informáciám. To sa však nestalo, pretože došlo k vydaniu fiktívneho rozhodnutia v oboch stupňoch v súlade s § 18 ods. 3 a § 19 ods. 3 zákona č. 211/2000 Z.z., ktoré je v celom rozsahu nepreskúmateľné. Žalobca ďalej poukázal na rozhodovaciu prax súdov, rozsudok Najvyššieho súdu Slovenskej republiky sp.zn. 3Sži/3/2011 zo dňa 03.05.2011. Na základe vyššie uvedených skutočností mal žalobca za to, že vec bola nesprávne právne posúdená a zároveň je rozhodnutie nepreskúmateľné pre nedostatok dôvodov, preto sa prostredníctvom žaloby domáhal, aby Krajský súd v Bratislave prvostupňové fiktívne rozhodnutie doručené žalobcovi dňa 9.3.2013, ako aj odvolacie fiktívne rozhodnutie, doručené žalobcovi dňa 7.4.2013 zrušil a vec vrátil žalovanému na ďalšie konanie. Zároveň sa žalobca domáhal náhrady trov konania. Žalovaný vo svojom vyjadrení doručenom Krajskému súdu v Bratislave dňa 18.6.2013 uviedol, že mu bola dňa 22.2.2013 zaslaná žiadosť o informácie zo dňa 21.2.2013 podávaná právnym zástupcom žalobcu. Žiadosť bola podpísaná zaručeným elektronickým podpisom. Žalovaný sa k žiadosti v zákonom stanovenej lehote nevyjadril a teda došlo v zmysle § 18 ods. 3 zákona č. 211/2000 Z.z. k vydaniu fiktívneho rozhodnutia o odmietnutí poskytnutia informácií. Žalobca podal dňa 21.3.2013 proti rozhodnutiu elektronickou formou podpísanou zaručeným elektronickým podpisom odvolanie. Odvolací orgán sa v zákonom stanovenej lehote nevyjadril a v zmysle § 19 ods. 3 zákona č. 211/2000 Z.z. došlo k vydaniu fiktívneho rozhodnutia o zamietnutí odvolania a k potvrdeniu napadnutého rozhodnutia. Žalovaný v oboch prípadoch mal technické problémy s otvorením mailovej pošty, ktorá bola podpísaná zaručeným elektronickým podpisom, nakoľko nejde o technicky bežnú vec. K otvoreniu mailu došlo až pomocou technika, pričom žalovaný si je vedomý, že technická prekážka by nemala byť dôvodom na odmietnutie poskytnutia informácii. Ďalej uviedol, že žalovaný z vlastného podnetu začal v zmysle § 65 a nasl. ustanovení zákona č. 71/1967 Zb. o správnom konaní konanie o preskúmanie rozhodnutia mimo odvolacieho konania, v rámci ktorej dňa 14.6.2013 došlo k vydaniu rozhodnutia, ktorým sa ruší fiktívne rozhodnutie o odmietnutí poskytnutia informácii ako aj fiktívne rozhodnutie o zamietnutí odvolania. Nakoľko podľa žalovaného odpadol dôvod, pre ktoré sa konanie viedlo, žiadal konanie na súde zastaviť. Krajský súd v Bratislave, ako súd vecne a miestne príslušný (§ 246 ods. 1 OSP) preskúmal napadnuté rozhodnutie a dospel k nasledovanému záveru: Zo súdneho spisu vyplynulo, že žalovaný vydal rozhodnutie č. 397/2013 zo dňa 14.6.2013, ktorým podľa § 65 ods. 2 zákona o správnom konaní rozhodol tak, že rozhodnutie o odmietnutí poskytnutia informácie a rozhodnutie o odvolaní, resp. fiktívne rozhodnutie zrušil. Ďalej bolo zistené, že žalobcom požadované informácie žalovaný poskytol listom zo dňa 14.6.2013. Predmetom preskúmavacieho konania v danej veci malo byť podľa obsahu žaloby fiktívne rozhodnutie žalovaného vydané v konaní podľa zákona č. 211/2000 Z.z. Zákon č. 211/2000 Z.z. má slúžiť predovšetkým ako nástroj spoločenskej kontroly. Preto vzhľadom na účel zákona č. 211/2000 Z.z., ak rozhodnutie o žiadosti o informáciu bolo vydané, „ fiktívne rozhodnutie“ sa stáva bezpredmetným. V prípade, že by sa akceptoval názor žalobcu, rozhodnutie by sa zrušilo iba preto, aby sa zopakoval proces a odstránili formálne vady, ktoré však vzhľadom na už prejavenú správnu úvahu reálne neprivodia iné, či výhodnejšie rozhodnutie pre žiadateľa informácie a formálne zopakovanie administratívneho konania nepredstavuje pre žalobcu vo vzťahu k skutkovej stránke veci reálnu možnosť dosiahnuť priaznivejšie rozhodnutie. Účelom zavedenia inštitútu fiktívneho rozhodnutia ( § 18 ods. 3 a 19 ods. 3 zákona č. 211/2000 Z.z.) je potreba poskytnúť ochranu tomu kto sa obrátil so žiadosťou na povinnú osobu o sprístupnenie informácií. Fikcia rozhodnutia predstavuje reálne neexistenciu rozhodnutia a je nástrojom proti nečinnosti povinnej osoby. S prihliadnutím na účel zákona sa má aplikovať táto možnosť iba potiaľ, pokiaľ nebolo vo veci vydané vecné rozhodnutie. Krajský súd v Bratislave považuje za potrebné uviesť, že nemožno postupu žalobcu vytknúť nesprávnosť postupu, keď podal rozklad proti fiktívnemu odmietavému rozhodnutiu prvostupňového správneho orgánu a následne žalobu o preskúmanie fiktívneho rozhodnutia žalobcu. Súd je však toho názoru a zároveň vychádza z rozhodovacej činnosti Najvyššieho súdu SR v obdobnej veci sp.zn. 5Sži/21/2013 zo dňa 21.11.2013, kde najvyšší súd uviedol, že momentom vydania rozhodnutia žalovaným odpadáva dôvod existencie fiktívneho rozhodnutia. Fiktívne rozhodnutie v konaní podľa zákona č. 211/2000 Z.z. má svoje opodstatnenie pre ochranu práv žiadateľa na informácie len dovtedy, dokiaľ nedošlo k faktickému vydaniu rozhodnutia vo veci. Takéto fakticky vydané rozhodnutie má totiž prednosť pred fiktívnym rozhodnutím, je aktom výkonu verejnej správy spôsobilým ovplyvniť práva a právom chránené záujmy žiadateľa. Účelom zákona č. 211/2000 Z.z. je totiž nielen to, aby bola žiadosť o ich sprístupnenie vybavená v čo najkratšom čase, ale v prvom rade, aby bola vybavená. Účelom právnej ochrany úpravy obsiahnutej v zákone č. 211/2000 Z.z. je zabezpečenie a regulácia sprístupňovania informácií a ochraňovanie oprávnených žiadateľov pred bezdôvodným upieraním informácií. Fiktívne rozhodnutie je nástrojom dočasnej ochrany žiadateľa a je nástrojom urgovania vydania faktického rozhodnutia vo veci. Faktické vybavenie žiadosti, aj po lehote ustanovenej zákonom, má vždy prednosť. Keďže vo veci žalobcu došlo k vydaniu faktického rozhodnutia č. 397/2013 zo dňa 14.6.2013, ktorým žalovaný podľa § 65 ods. 2 zákona o správnom konaní rozhodol tak, že rozhodnutie o odmietnutí poskytnutia informácie a rozhodnutie o odvolaní, resp. fiktívne rozhodnutie zrušil. Zároveň žalobcom požadované informácie žalovaný poskytol listom zo dňa 14.6.2013.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Krajský súd v Bratislave nepopiera právo žalobcu na informácie, avšak je nevyhnutné, aby toto právo bolo uplatňované účelne (nie účelovo) a efektívne, a to nielen vo vzťahu k povinným osobám, ale i vo vzťahu k súdu. V opačnom prípade sa právo na informácie a právo na zákonné rozhodnutie stávajú zámienkou pre formalistické a bezúčelne sporu, predstavujúce zbytočnú záťaž vo vzťahu nielen k hospodáreniu, ale aj k časovej angažovanosti subjektov zúčastnených na takom konaní. V danom prípade napadnuté fiktívne rozhodnutie nespĺňalo požiadavku preskúmateľnosti v zmysle § 247 O.s.p. v čase vydania rozhodnutia žalovaného č. 397/2013 zo dňa 14.6.2013, preto krajský súd v zmysle § 250d ods. 3 O.s.p. konanie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w:t>
      </w:r>
    </w:p>
    <w:p/>
    <w:p>
      <w:r>
        <w:t>Zdroj: KAUZIS.SK – https://www.kauzis.sk/judikatura/r/ECLI:SK:KSBA:2014:1013200909.1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