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2S/140/2013 z 15. 4. 2014</w:t>
      </w:r>
    </w:p>
    <w:p>
      <w:r>
        <w:t>Uznesenie Krajského súdu Bratislava z 15. apríla 2014, sp. zn. 2S/140/2013, ECLI:SK:KSBA:2014:1013200976.2</w:t>
      </w:r>
    </w:p>
    <w:p>
      <w:r>
        <w:t>Súd: Krajský súd Bratislava</w:t>
      </w:r>
    </w:p>
    <w:p>
      <w:r>
        <w:t>Spisová značka: 2S/140/2013</w:t>
      </w:r>
    </w:p>
    <w:p>
      <w:r>
        <w:t>ECLI: ECLI:SK:KSBA:2014:1013200976.2</w:t>
      </w:r>
    </w:p>
    <w:p>
      <w:r>
        <w:t>Dátum vydania: 15. 4. 2014</w:t>
      </w:r>
    </w:p>
    <w:p>
      <w:r>
        <w:t>Forma: Uznesenie</w:t>
      </w:r>
    </w:p>
    <w:p>
      <w:pPr>
        <w:pStyle w:val="Heading2"/>
      </w:pPr>
      <w:r>
        <w:t>Text rozhodnutia</w:t>
      </w:r>
    </w:p>
    <w:p>
      <w:r>
        <w:t>Súd: Krajský súd Bratislava Spisová značka: 2S/140/2013 Identifikačné číslo súdneho spisu: 1013200976 Dátum vydania rozhodnutia: 16. 04. 2014 Meno a priezvisko sudcu, VSÚ: Mgr. Viliam Pohančeník ECLI: ECLI:SK:KSBA:2014:1013200976.2 Uznesenie Krajský súd v Bratislave v právnej veci žalobcu: Orange Slovensko, a.s., IČO: 35 697 270, Metodova 8, Bratislava, zastúpený: Bobák, Bollová a spol., s.r.o., advokátska kancelária, Dr. Vladimíra Clementisa 10, Bratislava, v mene ktorej koná Mgr. Zuzana Bollová, konateľka a advokátka, proti žalovanému: Úrad pre verejné obstarávanie, Dunajská 68, Bratislava, za účasti: 1/ Národná diaľničná spoločnosť, a.s., Mlynské Nivy 45, Bratislava, 2/ Slovak Telekom, a.s., Karadžičova 10, Bratislava, o preskúmanie zákonnosti rozhodnutia žalovaného č. 1556-7000/2013-OK/5 zo dňa 02.05.2013, jednohlasne, takto r o z h o d o l : Krajský súd v Bratislave konanie z a s t a v u j e . Žiaden z účastníkov nemá právo na náhradu trov konania. Krajský súd v Bratislave v r a c i a žalobcovi súdny poplatok za žalobu vo výške 63,30 eur prostredníctvom Daňového úradu Bratislava. Súdny poplatok bude vrátený po nadobudnutí právoplatnosti uznesenia o d ô v o d n e n i e : Žalobou doručenou Krajskému súdu v Bratislave dňa 16.05.2013 sa žalobca domáhal preskúmania zákonnosti rozhodnutia žalovaného č. 1556-7000/2013-OK/5 zo dňa 02.05.2013, ktorým žalovaný podľa § 139 ods. 2 písm. a/ v spojení s § 146 ods. 4 zákona č. 25/2006 Z. z. o verejnom obstarávaní a o zmene a doplnení niektorých zákonov v znení neskorších predpisov nariadil Národnej diaľničnej spoločnosti, a.s., Mlynské Nivy 45, Bratislava ako kontrolovanému zrušiť použitý postup zadávania zákazky - verejnú súťaž na predmet zákazky „Mobilné telekomunikačné služby“ vyhlásenú kontrolovaným v Úradnom vestníku Európskej únie dňa 01.08.2012 pod značkou 2012/S 146-244107 „SK-Bratislava: Mobilné telefónne služby“ a vo Vestníku verejného obstarávania č. 145/2012 zo dňa 31.07.2012 pod značkou 08941-MSS v lehote 30 dní odo dňa doručenia rozhodnutia. Podaním doručeným Krajskému súdu v Bratislave dňa 02.04.2014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veta tretia zákona č. 71/1992 Zb. o súdnych poplatkoch a poplatku za výpis z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veta prvá zákona o súdnych poplatkoch, okrem poplatku v rozvodovom konaní a poplatku, ktorý sa vracia podľa odseku 1, sa poplatok alebo jeho časť (preplatok) vracia krátený o 1 %, najmenej však 6,70 eura.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Nakoľko žalobca vzal späť žalobu pred rozhodnutím veci, súd v súlade s ustanovením § 250d ods. 3 O.s.p. konanie zastavil a vzhľadom na to, že žalobca zaplatil súdny poplatok vo výške 70,- eur, súd zároveň rozhodol o vrátení súdneho poplatku kráteného o sumu 6,70 eur podľa § 11 ods. 3 veta tretia a § 11 ods. 4 veta prvá zákona o súdnych poplatkoch tak, ako je uvedené v treťom výroku tohto uznesenia. Súdny poplatok bude vrátený prostredníctvom príslušného daňového úradu po nadobudnutí právoplatnosti uznesenia.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https://www.kauzis.sk/judikatura/r/ECLI:SK:KSBA:2014:1013200976.2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