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10Scud/1/2013 z 23. 10. 2014</w:t>
      </w:r>
    </w:p>
    <w:p>
      <w:r>
        <w:t>Uznesenie Krajského súdu Bratislava z 23. októbra 2014, sp. zn. 10Scud/1/2013, ECLI:SK:KSBA:2014:1013200987.3</w:t>
      </w:r>
    </w:p>
    <w:p>
      <w:r>
        <w:t>Súd: Krajský súd Bratislava</w:t>
      </w:r>
    </w:p>
    <w:p>
      <w:r>
        <w:t>Spisová značka: 10Scud/1/2013</w:t>
      </w:r>
    </w:p>
    <w:p>
      <w:r>
        <w:t>ECLI: ECLI:SK:KSBA:2014:1013200987.3</w:t>
      </w:r>
    </w:p>
    <w:p>
      <w:r>
        <w:t>Dátum vydania: 23.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10Scud/1/2013 Identifikačné číslo súdneho spisu: 1013200987 Dátum vydania rozhodnutia: 24. 10. 2014 Meno a priezvisko sudcu, VSÚ: JUDr Janka Richterová ECLI: ECLI:SK:KSBA:2014:1013200987.3 Uznesenie Krajský súd v Bratislave, v právnej veci navrhovateľa: Ľ. G., X.. X.X.XXXX, L. Y. X. Y. Č.. XXX, Č. K.,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26. novembra 2012, R.. B.. XXX XXX XXXX a následne vydaných rozhodnutí zo dňa 26.3.2013, ktorými mu bol priznaný starobný dôchodok.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https://www.kauzis.sk/judikatura/r/ECLI:SK:KSBA:2014:1013200987.3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