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9Sp/12/2013 z 9. 2. 2014</w:t>
      </w:r>
    </w:p>
    <w:p>
      <w:r>
        <w:t>Uznesenie Krajského súdu Bratislava z 9. februára 2014, sp. zn. 9Sp/12/2013, ECLI:SK:KSBA:2014:1013201004.2</w:t>
      </w:r>
    </w:p>
    <w:p>
      <w:r>
        <w:t>Súd: Krajský súd Bratislava</w:t>
      </w:r>
    </w:p>
    <w:p>
      <w:r>
        <w:t>Spisová značka: 9Sp/12/2013</w:t>
      </w:r>
    </w:p>
    <w:p>
      <w:r>
        <w:t>ECLI: ECLI:SK:KSBA:2014:1013201004.2</w:t>
      </w:r>
    </w:p>
    <w:p>
      <w:r>
        <w:t>Dátum vydania: 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9Sp/12/2013 Identifikačné číslo súdneho spisu: 1013201004 Dátum vydania rozhodnutia: 10. 02. 2014 Meno a priezvisko sudcu, VSÚ: JUDr Janka Richterová ECLI: ECLI:SK:KSBA:2014:1013201004.2 Uznesenie Krajský súd v Bratislave, v právnej veci navrhovateľa: Maczi, s.r.o., IČO 46895477, so sídlom v Bratislave, Ul. Heydukova č. 21, proti odporcovi: Mestská časť Bratislava - Staré Mesto, Vajanského nábrežie č. 3, o preskúmanie zákonnosti rozhodnutia odporcu zo dňa 15. apríla 2013, sp. zn. 3382/17298/2013/DOD/Bar, takto r o z h o d o l : Súd konanie z a s t a v u j e . Odporca je povinný z a p l a t i ť navrhovateľovi trovy konania vo výške 63,03 Eur, do troch dní od právoplatnosti uznesenia, na účet advokáta JUDr. Františka Farkaša, vedený v A. J., S..D.., Č.. XXXXXXX/XXXX. Po právoplatnosti uznesenia vec p o s t u p u j e Okresnému úradu v Bratislave. o d ô v o d n e n i e : Odporca rozhodnutím zo dňa 15. apríla 2013, sp. zn. 3382/17298/2013/DOD/Bar podľa § 28, ods. 2, písm. b/ Zák. č. 377/1990 Zb. o hlavnom meste Slovenskej republiky Bratislave uložil navrhovateľovi pokutu vo výške 200,- Eur za porušenie všeobecne záväzného nariadenia č. 2/2013 o pravidlách času predaja v obchode a času prevádzky služieb na území Mestskej časti Bratislava - Staré Mesto. Odporca po podaní odvolania predložil vec súdu na rozhodnutie podľa ustanovení tretej hlavy piatej časti Občianskeho súdneho poriadku. Podľa § 103 O.s.p. kedykoľvek za konania prihliada súd na to, či sú splnené podmienky, za ktorých môže konať vo veci ( podmienky konania ). Podľa § 104,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Podľa § 28, ods. 4, posledná veta Zák. č. 377/1990 Zb. o hlavnom meste Slovenskej republiky Bratislave na konanie o uložení pokuty sa vzťahuje všeobecný predpis o správnom konaní. Podľa § 57, ods. 1 Správneho poriadku ak osobitný zákon neustanovuje inak, odvolacím orgánom je správny orgán najbližšieho vyššieho stupňa nadriadený správnemu orgánu, ktorý napadnuté rozhodnutie vydal. Súd je v ktoromkoľvek štádiu konania povinný skúmať, či sú splnené podmienky, za ktorých môže konať, t. j. či sú splnené procesné podmienky na strane súdu ( právomoc, príslušnosť vecná, funkčná, miestna), účastníkov a ich zástupcov ( napr. spôsobilosť byť účastníkom konania, zástupcom, procesná spôsobilosť), vecné procesné podmienky ( existencia návrhu na začatie konania alebo uznesenia o začatí konania ) a negatívne procesné podmienky, ktoré nesmú byť dané, aby súd mohol vec prejednať a o nej rozhodnúť. Absencia neodstrániteľného nedostatku podmienky konania alebo danosť negatívnej procesnej podmienky má za následok zastavenie konania podľa § 104, ods. 1 O.s.p. V prípade, že súdnemu konaniu má predchádzať iné konanie, súd podľa druhej vety tohto ustanovenia po právoplatnosti uznesenia o zastavení konania postúpi vec príslušnému orgánu. Odporca podal odvolanie voči rozhodnutiu starostky, ktorým sa mu pre porušenie všeobecne záväzného nariadenia Mestskej časti Bratislava - Staré Mesto č. 2/2013 uložila pokuta podľa § 28, ods. 2, písm. b/zákona o Bratislave. Zákonodarca u obce rozlišuje medzi preneseným výkonom pôsobnosti štátnej správy a výkonom samosprávnej pôsobnosti obce. Zo systematického a logického výkladu ustanovenia § 2 zák. č. 416/2001 Z.z., ako aj z účelu zákona je nesporné, že pri rozhodovaní v sankčných veciach musí vždy ísť o prenesený výkon štátnej správy ( porovnaj napr. R 88/2012 ). Ustanovenie § 27, ods. 2, veta za bodkočiarkou Zák. č. 369/1990 Zb. o obecnom zriadení, v zmysle ktorého o opravnom prostriedku proti rozhodnutiu obce pri výkone samosprávy rozhoduje súd, ak osobitný predpis neustanovuje inak, sa v prípade deliktuálnej spôsobilosti nepoužije, nakoľko ukladanie sankcií obcou a konanie o nich je osobitne upravené v ustanovení § 13, ods. 9 a 10 zák. č. 369/1990 Zb. Procesný postup preskúmania rozhodnutí verejnej správy o uložení sankcie za iný správny delikt musí byť rovnaký, ako pri preskúmavaní priestupkov, inak by nemohla byť zachovaná rovnosť účastníkov. Podľa § 83, ods. 2 zák. č. 372/1990 Zb. návrh na preskúmanie rozhodnutia o priestupku súdom možno podať až po vyčerpaní riadneho opravného prostriedku v správnom konaní, takýto procesný postup je potrebné zachovať aj pri prejednávaní iných správnych deliktov. Teda rozhodnutie obce o správnom delikte a o uložení sankcie treba považovať za individuálny správny akt, ktorý je preskúmateľný súdom v správnom konaní až po vyčerpaní riadneho opravného prostriedku podľa druhej hlavy piatej časti O.s.p. Keďže súdnemu konaniu má predchádzať iné konanie, a to správne konanie o odvolaní odporcu na druhostupňovom správnom orgáne, súd uznesením konanie zastavil podľa druhej vety ustanovenia § 104, ods. 1 O.s.p. Vzhľadom na to, že zákon o Bratislave a ani zákon o obecnom zriadení výslovne neurčuje druhostupňový správny orgán, súd po právoplatnosti uznesenia o zastavení konania postúpi vec na prejednanie o odvolaní odporcu Okresnému úradu v Bratislave podľa § 4, ods. 2, písm. b/ Zák. č. 180/2013 Z.z. o organizácii miestnej štátnej správy. O trovách konania súd rozhodol podľa § 146 ods. 2, prvá veta O.s.p. v spojení s § 250l, ods.2 a 246c, ods. 1 O.s.p. v uplatnenej výške 63,03 Eur za dva úkony právnej služby ( prevzatie a príprava zastúpenia a účasť na nemeritórnom pojednávaní ) po 19, 92 Eur + 2x 7,81 Eur režijný paušál a DPH 7, 57 Eur, keď v zmysle § 11, ods. 4 a § 13a, ods. 1, 4 Vyhl. č. 655/2004 Z. z. o odmenách a náhradách advokátov tarifná odmena mohla byť uplatnená vo väčšom rozsahu. Odporca zavinil zastavenie konania, keď vec na rozhodnutie o odvolaní odporcu nepredložil druhostupňovému správnemu orgánu, ktorým bolo v čase podania odvolania Ministerstvo vnútra SR.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https://www.kauzis.sk/judikatura/r/ECLI:SK:KSBA:2014:1013201004.2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