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5S/142/2013 z 3. 3. 2014</w:t>
      </w:r>
    </w:p>
    <w:p>
      <w:r>
        <w:t>Uznesenie Krajského súdu Bratislava z 3. marca 2014, sp. zn. 5S/142/2013, ECLI:SK:KSBA:2014:1013201009.1</w:t>
      </w:r>
    </w:p>
    <w:p>
      <w:r>
        <w:t>Súd: Krajský súd Bratislava</w:t>
      </w:r>
    </w:p>
    <w:p>
      <w:r>
        <w:t>Spisová značka: 5S/142/2013</w:t>
      </w:r>
    </w:p>
    <w:p>
      <w:r>
        <w:t>ECLI: ECLI:SK:KSBA:2014:1013201009.1</w:t>
      </w:r>
    </w:p>
    <w:p>
      <w:r>
        <w:t>Dátum vydania: 3. 3. 2014</w:t>
      </w:r>
    </w:p>
    <w:p>
      <w:r>
        <w:t>Forma: Uznesenie</w:t>
      </w:r>
    </w:p>
    <w:p>
      <w:pPr>
        <w:pStyle w:val="Heading2"/>
      </w:pPr>
      <w:r>
        <w:t>Text rozhodnutia</w:t>
      </w:r>
    </w:p>
    <w:p>
      <w:r>
        <w:t>Súd: Krajský súd Bratislava Spisová značka: 5S/142/2013 Identifikačné číslo súdneho spisu: 1013201009 Dátum vydania rozhodnutia: 04. 03. 2014 Meno a priezvisko sudcu, VSÚ: JUDr. Dáša Filová ECLI: ECLI:SK:KSBA:2014:1013201009.1 Uznesenie Krajský súd v Bratislave v právnej veci navrhovateľa: Západoslovenská distribučná, a.s., so sídlom Čulenova 6, 816 47 Bratislava, proti odporcovi: Úrad pre reguláciu sieťových odvetví, Bajkalská 27, P.O.Box 12, 820 07 Bratislava 27, za účasti účastníka konania: SLOVNAFT a.s., so sídlom Vlčie hrdlo 1, 824 12 Bratislava, o odvolaní proti rozhodnutiu odporcu č. 0001/2013/L-SK, číslo spisu 791-2013-BA zo dňa 02.05.2013, takto r o z h o d o l : Napadnuté rozhodnutie odporcu č. 0001/2013/L-SK, č. spisu 791-2013-BA zo dňa 02.05.2013 zrušuje a konanie zastavuje. Žiaden z účastníkov nemá právo na náhradu trov konania. o d ô v o d n e n i e : Úrad pre reguláciu sieťových odvetví rozhodnutím č. 0001/2013/L-SK, č. spisu 791-2013-BA zo dňa 02.05.2013 (ďalej len rozhodnutie Úradu) ako orgán príslušný na konanie podľa § 9 ods. 1 písm. k/ v spojení s § 38 zák. č. 250/2012 Z.z. o regulácii sieťových odvetví rozhodol, že podľa § 38 ods. 7 zák. č. 250/2012 Z.z. v sporovom konaní navrhovateľa Slovnaft a.s., Bratislava proti odporcovi Západoslovenská distribučná a.s., Bratislava, zastúpeného spoločnosťou Západoslovenská energetika a.s. vo veci spôsobu stanovenia výšky ceny za pripojenie nového zariadenia na výrobu elektriny TG 5 do regionálnej distribučnej sústavy odporcu prostredníctvom miestnej distribučnej sústavy navrhovateľa tak, že cena za pripojenie sa určí odporcom podľa § 38 ods. 1 hore uvedenej vyhlášky, ktorou sa ustanovuje regulácia cien elektroenergetike. Spoločnosť Západoslovenská distribučná ako navrhovateľ podala Krajskému súdu v Bratislave v zákonnej lehote odvolanie voči uvedenému rozhodnutiu úradu, ktoré je podľa názoru navrhovateľa v rozpore s § 3 ods. 1 a § 46 správneho poriadku a je nezákonné. Navrhovateľ podáva odvolanie proti rozhodnutiu odporcu z dôvodov: 1. neexistencie kompetencie odporcu na vedenie tohto sporného konania, 2. rozhodnutie úradu je nepreskúmateľné pre nezrozumiteľnosť a pre nedostatok dôvodov, 3. porušenie princípu legality, princípu právnej istoty, zásady a porušenie práva spoločnosti Západoslovenská distribučná na obhajobu a práva na spravodlivý súdny proces, 4. zistenie skutkového stavu je v rozpore s obsahom spisu, 5. zistenie skutkového stavu je nedostatočné pre posúdenie veci, 6. rozhodnutie odporcu vychádza z nesprávneho právneho posúdenia veci. Uvedené dôvody navrhovateľ v odvolaní podrobne rozpísal a žiada súd, aby rozhodnutie odporcu č. 0001/2013/L-SK, č. spisu 791-2013-BA zo dňa 02.05.2013 podľa § 250q ods. 2 O.s.p. zrušil a vec mu vrátil na ďalšie konanie. Odporca sa k odvolaniu navrhovateľa vyjadril písomne dňa 25.11.2013, ktoré bolo súdu doručené dňa 27.11.2013 tak, že oznámil súdu, že účastníci sporového konania spolu uzavreli dohodu o predmete sporu a zároveň navrhovateľ Slovnaft a.s. vzal svoj návrh na začatie sporového konania zo dňa 30.01.2013 v celom rozsahu späť, o čom upovedomil odporcu dňa 25.11.2013. Odporca preto navrhuje, aby súd konanie zastavil a nepriznal náhradu trov konania a prvostupňové rozhodnutie č. 0001/2013/ L-SK zo dňa 02.05.2013 zrušil. Zároveň súdu doručil kópiu späťvzatia návrhu na začatie sporového konania zo dňa 22.11.2013. Podľa ust. § 250l ods. 1 O.s.p. sa podľa tretej hlavy postupuje v prípadoch, v ktorých zákon zveruje súdom rozhodovanie o opravných prostriedkoch proti neprávoplatným rozhodnutiam správnych orgánov. Podľa ust. § 246c ods. 1 O.s.p., pre riešenie otázok, ktoré nie sú priamo upravené v tejto časti sa použijú primerané ustanovenia prvej, tretej a štvrtej časti tohto zákona. Opravný prostriedok je prípustný, len ak je to ustanovené v tejto časti. Proti rozhodnutiu Najvyššieho súdu Slovenskej republiky opravný prostriedok nie je prípustný. Podľa § 208 O.s.p., ak je návrh na začatie konania vzatý späť, keď už rozhodol súd prvého stupňa, ale jeho rozhodnutie nie je dosiaľ právoplatné, odvolací súd rozhodne o prepustení späťvzatia. Súd späťvzatie nepripustí, ak druhý účastník s tým nesúhlasí. Ak späťvzatie pripustí, odvolací súd zruší rozhodnutie súdu prvého stupňa a konanie zastaví. Súd po preskúmaní spisového materiálu, administratívneho spisu odporcu ako aj vyjadrení účastníkov konania dospel k záveru, že je potrebné vyhovieť odvolaniu navrhovateľa a zrušiť rozhodnutie odporcu č. 0001/2013/L-SK č. spisu 791-2013-BA zo dňa 02.05.2013 a konanie zastaviť podľa ust. § 208 v spojení s ust. § 246c ods. 1 O.s.p., nakoľko navrhovateľ Slovnaft a.s., Bratislava vzal svoj návrh na začatie sporového konania zo dňa 30.01.2013 v celom rozsahu späť. Preskúmanie zákonnosti rozhodnutia a postupov správnych orgánov má samostatnú povahu, preto aj správne súdnictvo má samostatnú povahu. Konanie o preskúmanie zákonnosti rozhodnutí a postupov podľa piatej časti O.s.p. je špecifickým konaním a nie je pokračovaním administratívneho konania. Z týchto dôvodov väčšina procesných inštitútov je v správnom súdnictve upravená osobitne a odlišne od všeobecného súdnictva. Použitie iných ustanovení súdneho poriadku prichádza do úvahy len analogicky na základe ust. § 246c ods. 1 prvá veta. Na základe uvedených skutočností konajúci súd rozhodol tak, ako je uvedené vo výroku tohto uznesenia. O trovách konania súd rozhodol tak, že žiaden z účastníkov nemá právo na náhradu trov konania. O trovách konania súd rozhodol podľa § 250k ods. 1 v spojení s ust. § 146 ods. 1 písm. c/ O.s.p.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https://www.kauzis.sk/judikatura/r/ECLI:SK:KSBA:2014:1013201009.1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