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5S/143/2013 z 8. 12. 2014</w:t>
      </w:r>
    </w:p>
    <w:p>
      <w:r>
        <w:t>Rozsudok Krajského súdu Bratislava z 8. decembra 2014, sp. zn. 5S/143/2013, ECLI:SK:KSBA:2014:1013201011.2</w:t>
      </w:r>
    </w:p>
    <w:p>
      <w:r>
        <w:t>Súd: Krajský súd Bratislava</w:t>
      </w:r>
    </w:p>
    <w:p>
      <w:r>
        <w:t>Spisová značka: 5S/143/2013</w:t>
      </w:r>
    </w:p>
    <w:p>
      <w:r>
        <w:t>ECLI: ECLI:SK:KSBA:2014:1013201011.2</w:t>
      </w:r>
    </w:p>
    <w:p>
      <w:r>
        <w:t>Dátum vydania: 8. 12. 2014</w:t>
      </w:r>
    </w:p>
    <w:p>
      <w:r>
        <w:t>Forma: Rozsudok</w:t>
      </w:r>
    </w:p>
    <w:p>
      <w:r>
        <w:t>Oblasť práva: Správne právo</w:t>
      </w:r>
    </w:p>
    <w:p>
      <w:pPr>
        <w:pStyle w:val="Heading2"/>
      </w:pPr>
      <w:r>
        <w:t>Text rozhodnutia</w:t>
      </w:r>
    </w:p>
    <w:p>
      <w:r>
        <w:t>Súd: Krajský súd Bratislava Spisová značka: 5S/143/2013 Identifikačné číslo súdneho spisu: 1013201011 Dátum vydania rozhodnutia: 09. 12. 2014 Meno a priezvisko sudcu, VSÚ: JUDr. Viera Šebestová ECLI: ECLI:SK:KSBA:2014:1013201011.2 ROZSUDOK V MENE SLOVENSKEJ REPUBLIKY Krajský súd v Bratislave v senáte zloženom z predsedníčky senátu JUDr. Viery Šebestovej a členiek senátu JUDr. Dáši Filovej a JUDr. Anny Peťovskej, PhD., v právnej veci žalobcu: C. J., Y. XXXX/ XXA, G. R., štátny občan Iránskej islamskej republiky, zastúpený advokátom: JUDr. Andrej Danko, Mlynské nivy 73/a, Bratislava, proti žalovanému: Riaditeľstvo hraničnej a cudzineckej polície Bratislava, Úrad hraničnej a cudzineckej polície Prezídia Policajného zboru Slovenskej republiky, Hrobákova 44, Bratislava o preskúmanie zákonnosti rozhodnutia žalovaného č. PPZ-HCP-BA2-2013/001573-008 zo dňa 02.05.2013, takto r o z h o d o l : Krajský súd v Bratislave preskúmavané rozhodnutie žalovaného č. PPZ-HCP-BA2-2013/001573-008 zo dňa 02.05.2013 z r u š u j e podľa ust. § 250j ods. 2 písm. c) OSP a vec vracia žalovanému na ďalšie konanie. Žalovaný je povinný zaplatiť žalobcovi 70,- €, titulom náhrady súdneho poplatku a k rukám právneho zástupcu žalobcu JUDr. C. G., advokáta, H. nivy XX/a, L. XXX,XX €, titulom náhrady trov právneho zastúpenia, všetko do X dní od nadobudnutia právoplatnosti rozsudku. o d ô v o d n e n i e : B. sa žalobou doručenou tunajšiemu súdu dňa 22.05.2013 domáhal preskúmania zákonnosti a následne zrušenia rozhodnutia žalovaného č. PPZ-HCP-BA2-2013/001573-008 zo dňa 18.4.2013 v spojení s rozhodnutím Oddelenia cudzineckej polície PZ Dunajská Streda zo dňa 23.11.2012 č.p.: PPZ-HCP-BA8- AV-26-006/2012. V žalobe žalobca uviedol, že prvostupňovým rozhodnutím oddelenia cudzineckej polície PZ Dunajská Streda zo dňa 23.11.2012 bol žalobca administratívne vyhostený na územie Iránskej islamskej republiky a zároveň mu bol uložený zákaz vstupu na územie SR na dobu 3 roky, pričom správny orgán v predmetnom rozhodnutí určil lehotu na vycestovanie z územia SR a to do 15 dní od vykonateľnosti uvedeného rozhodnutia. Proti uvedenému prvostupňovému rozhodnutiu podal žalobca odvolanie, ktoré mu bolo doručené dňa 12.12.2012. Žalovaný preskúmavaným rozhodnutím zo dňa 02.05.2013 odvolanie zamietol a prvostupňové rozhodnutie potvrdil. Žalobca v žalobe tvrdí, že prvostupňový správny orgán porušil pred vydaním rozhodnutia procesné práva žalobcu a to právo žalobcu účinne obhajovať svoje práva a záujmy, najmä vyjadriť sa k podkladu rozhodnutia a uplatniť svoje návrhy vyplývajúce z ust. § 3 ods. 2 Správneho poriadku a neposkytol mu čas na prípravu na jeho vyjadrenie sa k veci. K porušeniu týchto práv a základných zásad správneho konania došlo najmä tým, že správny orgán prvého stupňa nevykonal navrhované dokazovanie výsluchom svedkov - zástupcov futbalového klubu FK DAC 1904, a.s., so sídlom Športová 4744, Dunajská Streda, v ktorom žalobca vykonáva športovú činnosť a nedal mu ani dostatok času na prípravu a zaobstaranie potrebných informácií na bránenie svojich práv. Ďalej v odôvodnení napadnutého rozhodnutia žiadnym spôsobom sa s týmto návrhom žalobcu nevysporiadal a preto napadnuté rozhodnutie nespĺňa požiadavky vyplývajúce z ust. § 47 ods. 3 O.s.p. Žalobca tvrdí, že správny orgán prvého stupňa porušil základné zásady správneho konania a znemožnil účastníkovi konania reálnu realizáciu jeho procesných práv. Poukazuje predovšetkým na to, že všetky úkony správneho konania na prvom stupni vykonal správny orgán prvého stupňa naraz, v jeden deň v priebehu niekoľkých hodín, konkrétne 23.11.2012. V jeden deň bol žalobca predvedený, bola s ním spísaná zápisnica o jeho vyjadrení a ihneď na to mu bolo bez možnosti oboznámenia sa s podkladmi rozhodnutia vydané aj napadnuté rozhodnutie o administratívnom vyhostení. Povinnosťou všetkých štátnych orgánov je , podľa žalobcu, zabezpečiť reálnu možnosť ich uplatnenia tými subjektmi, ktorým boli priznané. Žalobca v priebehu správneho konania uvádzal, že všetky doklady potrebné k udeleniu pobytu mu zabezpečoval klub FK DAC. Je teda zrejmé, že relevantné informácie k otázkam uzatvárania nájomných zmlúv mohol poskytnúť správnemu orgánu prvého stupňa jedine klub FK DAC a nie samotný hráč, keďže je cudzincom a neovláda jazyk, v ktorom boli nájomné zmluvy vyhotovené a navyše sa vzhľadom na svoj krátky pobyt na území SR, ktorý je zameraný na športovú činnosť, nemôže vyznať v právnych a administratívnych otázkach. Ďalej žalobca v žalobe tvrdí, že správny orgán prvého stupňa nesprávne a nedostatočne zistil skutkový stav. V dôsledku vyššie uvedených procesných pochybení neumožnil žalobcovi v predmetnom konaní riadnu obhajobu jeho záujmov. Aj správny orgán prvého stupňa, pokiaľ by postupoval objektívne a mal by v súlade s ust. § 3 ods. 5 Správneho poriadku záujem spoľahlivo zistiť skutkový stav veci, mal pred vydaním rozhodnutia zabezpečiť vyjadrenie klubu FK DAC a umožniť žalobcovi, ako účastníkovi konania, aby si zistil potrebné informácie ohľadne nájomných zmlúv od zástupcov klubu FK DAC, ktorí tieto záležitosti pre neho zriaďovali. Podľa názoru žalobcu je evidentné, že konanie správneho orgánu prvého stupňa bolo vedené snahou rozhodnúť o administratívnom vyhostení ihneď a za každú cenu, bez ohľadu na dodržanie zásad správneho konania a na umožnenie reálneho výkonu práv účastníka konania. Ďalej žalobca v žalobe uvádza, že správny orgán tak prvého, ako aj druhého stupňa sa neriadil zásadami správneho konania, jeho rozhodnutie je založené iba na domnienkach a skutkové závery správneho orgánu nekorešpondujú so skutočným stavom. Správny orgán prvého stupňa tvrdí, že žalobca, ako účastník predmetného konania priložil k žiadosti o vydanie dokladu zo dňa 19.11.2012 údajne pozmenený doklad, ktorým má byť nájomná zmluva. V konaní nebolo jednoznačne preukázané, že tento doklad bol skutočne pozmenený. Zo samotnej podobnosti textov 2 zmlúv, ktoré sa odlišujú iba dobou platnosti zmluvy, ešte nemožno automaticky vyvodzovať, že jedna zo zmlúv je pozmenená. Je teda zrejmé, že správny orgán prvého stupňa vychádza iba zo svojej domnienky vyjadrenej pojmom „pravdepodobne“ uvádzanej v odôvodnení napadnutého rozhodnutia. Akákoľvek domnienka či pravdepodobnosť rozhodne nezodpovedá požiadavke na spoľahlivé zistenie skutkového stavu vyplývajúce z vyššie citovaných ustanovení správneho poriadku. Pokiaľ by správny orgán prvého stupňa venoval dostatočnú pozornosť listinám (nájomná zmluva s platnosťou do 31.12.2012 a nájomná zmluva s platnosťou do 31.12.2013) a pokiaľ by umožnil žalobcovi, ako účastníkovi predmetného konania riadnu realizáciu jeho práv, prípadne by si vyžiadal stanovisko klubu FK DAC, mohol spoľahlivo zistiť, že ide o 2 rôzne listiny. Žalobca poukazuje hlavne na to, že pri podrobnejšom porovnaní umiestnenia podpisu a pečiatky na tretej strane oboch zmlúv je zrejmé, že nejde o tú istú stranu. Žalobca sa pokúšal zistiť, či má FK DAC k dispozícii zvyšné 2 originály prvej zmluvy, avšak FK DAC tieto 2 vyhotovenia nemá k dispozícii a tieto by sa mali nachádzať na Mestskom úrade Dunajská Streda. Ich porovnaním by správny orgán nepochybne dospel k záveru, že tretia strana zmluvy s platnosťou do 31.12.2013, nie je kópiou ani jedného z vyhotovení zmluvy s platnosťou do 31.12.2012. Skutkový záver správneho orgánu prvého stupňa o tom, že došlo k výmene prvej zmluvy, preto podľa žalobcu absolútne nezodpovedá skutočnosti a je ho možné vyvrátiť jednoduchým porovnaním oboch listín, po ktorom je zrejmé, že ide o 2 rozdielne listiny. Vzhľadom k tomu, že na podpisovanie zmlúv o nájme bytu pre žalobcu, zabezpečoval klub FK DAC, je tiež potrebné poukázať na skutočnosť, že spoločnosť FK DAC nemala žiadny dôvod predkladať žalobcovi pozmenenú zmluvu. V spore medzi mestom Dunajská Streda a FK DAC nariadil Okresný súd Dunajská Streda predbežné opatrenie, na základe ktorého je FK DAC oprávnená užívať areál futbalového štadióna, vrátane bytov a to až do rozhodnutia vo veci samej. Predložené opatrenie bolo vykonateľné dňom 10.8.2012, práve s ohľadom na tento prebiehajúci súdny spor a z toho vyplývajúce veľmi napäté vzťahy medzi spoločnosťou FK DAC a mestom Dunajská Streda nemôže byť vyjadrenie primátora mesta považované za dôveryhodné. Nie je prípustné, aby niekto v tomto prípade primátor mesta Dunajská Streda E.. B. P., najprv zmluvu o nájme s platnosťou do 31.12.2013 podpísal a neskôr toto podpísanie poprel, napriek skutočnosti, že na zmluve je jeho overený podpis. Z vyššie uvedených dôvodov je podľa názoru žalobcu zistenie skutkového stavu správnym orgánom prvého stupňa nesprávne, údajné pozmenenie listiny nebolo nijakým relevantným dôkazom preukázané, je založené iba na domnienke správneho orgánu prvého stupňa a s touto domnienkou sa nijakým relevantným spôsobom nevysporiadal ani odvolací orgán. Na takto nedostatočne zistenom skutkovom stave nie je možné založiť také závažné rozhodnutie, akým je rozhodnutie o vyhostení cudzinca a zákaze jeho vstupu na územie SR na obdobie 3 rokov. Žalobca k priebehu odvolacie konania uvádza, že žalovaný síce uložil správnemu orgánu prvého stupňa doplniť dokazovanie, avšak obstaranie dôkazov v odvolacom konaní má byť len doplnkom dokazovania vykonaného správnym orgánom prvého stupňa. Žalovaný v štádiu odvolacieho konania vykonal navrhované dôkazy, navyše z dôvodu opakovaných procesných chýb správneho orgánu prvého stupňa, museli byť tieto dôkazy vykonávane opakovane. Tým, že žalovaný vykonal rozsiahle dokazovanie až v odvolacom konaní, žalobca uvádza, že mu bola odňatá možnosť preskúmania záverov urobených na základe takéhoto dokazovania v odvolacom konaní, keďže tieto dôkazy boli hodnotené až v odvolacom konaní. Žalovaný sa v napadnutom rozhodnutí vôbec nezaoberal a nevysporiadal s výsledkami doplneného dokazovania a neuviedol ako vyhodnotil rozpory medzi výpoveďami svedkov. Vzhľadom na rozpor medzi výpoveďami svedkov mal totiž žalovaný pri chýbajúcich iných jednoznačných dôkazov vyhodnotiť skutkový stav v prospech žalobcu, keďže nebolo nepochybne preukázané, že predložený doklad bol pozmenený. Žalovaný vo vyjadrení k žalobe uviedol, že žalobca podal dňa 30.4.2012 na OCP PZ Dunajská Streda žiadosť o udelenie prechodného pobytu na území SR, na účel osobitnej činnosti - športovej činnosti. OCP PZ Dunajská Streda jeho žiadosti vyhovelo a dňa 25.05.2012 mu bol udelený prechodný pobyt na území SR na účel športovej činnosti s platnosťou do 05.02.2013. Správny orgán prvého stupňa vydal žalobcovi doklad o pobyte č. K s platnosťou do 31.12.2012 s poukazom na ust. § 73 ods. 3 zákona č. 404/2011 Z.z. do platnosti zmluvy o nájme bytu zo dňa 31.01.2012. Uvedená zmluva o nájme bytu, ktorú žalobca priložil ku svojej žiadosti dňa 30.04.2012 bola spísaná medzi prenajímateľom - Mesto Dunajská Streda, zastúpené primátorom mesta E.. B. P. a nájomcom - žalobcom, na dobu určitú od XX.XX.XXXX do XX.XX.XXXX. Dňa 19.11.2012 sa žalobca osobne dostavil na OCP PZ Dunajská Streda v sprievode p. L. C. a p. F. L., za účelom podania žiadosti o vydanie dokladu o pobyte. Ku svojej žiadosti okrem iného priložil odpis zmluvy o nájme bytu zo dňa 31.1.2012, uvedený odpis zmluvy bol spísaný medzi prenajímateľom Mesto Dunajská Streda, zastúpené primátorom mesta E.. B. P. a nájomcom - žalobcom na dobu určitú od XX.XX.XXXX do XX.XX.XXXX. Počas konania v žiadosti cudzinca o vydanie dokladu, správny orgán prvého stupňa porovnal priložené zmluvy o nájme bytu dospel k podozreniu, že uvedený doklad zmluva o nájme bytu zo dňa 14.11.2012 je pozmenená a to tým spôsobom, že prvá strana zmluvy o nájme bytu, kde je uvedená pôvodná platnosť do 31.12.2012 bola pravdepodobne oddelená a následne nahradená inou prvou stranou, kde je už uvedená nová platnosť zmluvy a síce do 31.12.2013. Z tejto „novej zmluvy o nájme bytu“ bol následne dňa 14.11.2012, notárskou koncipientkou H.. E. V. poverenou notárkou E.. Z. K., J.. v L. vyhotovený odpis. Z uvedeného dôvodu bola dňa 19.11.2012 správnym orgánom prvého stupňa zaslaná žiadosť o podanie informácie - Preverenie platnosti predloženej „novej“ zmluvy o nájme bytu cudzincom a Mestský úrad Dunajská Streda. Dňa 20.11.2012 bola na OCP PZ Dunajská Streda z Mestského úradu Dunajská Streda doručená odpoveď, v ktorej bolo uvedené, že zmluva o nájme bytu s cudzincom bola uzatvorená dňa 09.01.2012 na dobu určitú do 31.12.2012, nakoľko už bol predpoklad, že mestské zastupiteľstvo prijme uznesenie o vypovedaní dohôd uzavretých medzi Mestom Dunajská Streda a spoločnosťou FK DAC 1904 a.s., Dunajská Streda, ktorá prevádzkuje futbalový klub DAC a z vyššie uvedeného dôvodu nemohol uzatvoriť s cudzincom a ostatnými hráčmi uvedeného futbalového klubu zmluvy o nájme bytu zo dňa 09.01.2012 na dlhšie, ako do konca roka 2012. Iná zmluva o nájme bytu s cudzincom uzatvorená nebola. K uvedeným skutočnostiam sa žalobca vyjadril v zápisnici o podaní vysvetlenia spísanej na OCP PZ Dunajská Streda dňa 23.11.2012, za prítomnosti tlmočníka z jazyka perzského do jazyka slovenského a opačne. V zápisnici bolo správnym orgánom prvého stupňa žalobcovi oznámené začatie konania vo veci jeho administratívneho vyhostenia z územia SR a uložení zákazu vstupu. Následne po zvážení a zhodnotení a zaobstaraní všetkých písomných materiálov bolo žalobcovi dňa 23.11.2012 OCP PZ Dunajská Streda vydané rozhodnutie o administratívnom vyhostení z územia SR v zmysle § 82 ods. 1 písm. k) zákona č. 404/2011 Z.z. Predmetné rozhodnutie správneho orgánu prvého stupňa bolo žalobcovi doručené osobne dňa 23.11.2012. Dňa 12.12.2012 bolo na správny orgán prvého stupňa doručené odvolanie, ktoré podal splnomocnený zástupca žalobcu na poštovú prepravu dňa 6.12.2012. Z uvedeného vyplýva, že odvolanie bolo podané včas a na príslušný správny orgán, ako aj podané oprávnenou osobou. V odvolacom konaní odvolací orgán dňa 18.01.2013 dožiadal správny orgán prvého stupňa, aby zabezpečil vypočutie navrhovaných svedkov p.. C. a p. G. M. a p. F. L. k predloženej nájomnej zmluve v konaní podľa zákona č. XXX/XXXX Z.z., ako aj primátora mesta Dunajská Streda E.. B. P.. Dňa 25.03.2013 spísal správny orgán prvého stupňa zápisnice podľa § 22 ods. 1 Správneho poriadku, s vyššie uvedenými svedkami. Odvolací orgán vyhodnotil skutočnosti, ktoré boli uvedené vypočutými osobami v zápisniciach a skonštatoval, že bolo preukázané, ako už správnym orgánom prvého stupňa, aj odvolacím orgánom, že žalobca predložil v konaní pozmenený doklad, t.j. odpis zmluvy o nájme bytu zo dňa 31.12.2012, ktorý bol spísaný medzi prenajímateľom - Mesto Dunajská Streda a žalobcom na dobu určitú od 31.01.2012 do 31.12.2013. K pozmeneniu dokladu prišlo zásahom v dobe platnosti nájmu bytu pre žalobcu a to z platnosti do 31.12.2012 na platnosť nájmu bytu do 31.12.2013. Z uvedených dôvodov žalovaný správny orgán preskúmavaným rozhodnutím odvolanie žalobcu zamietol a prvostupňové rozhodnutie potvrdil. Odvolací orgán vo svojom rozhodnutí konštatoval, že má za preukázané, že žalobca predložil pozmenenú zmluvu o nájme bytu, čím bola preukázaná správna aplikácia ust. § 82 ods. 1 písm. k) zákona č. 404/2011 Z.z.. S tvrdeniami žalobcu uvedenými v žalobe žalovaný nesúhlasí, podľa názoru žalovaného bol skutkový stav veci zistený dostatočne. Čo sa týka tvrdenia žalobcu, že v odvolaní proti rozhodnutiu správneho orgánu prvého stupňa navrhoval, aby odvolací orgán doplnil dokazovanie listinnými dôkazmi predloženými k odvolaniu, ako aj svedeckými výpoveďami navrhovaných svedkov, prípadne inými dôkazmi, žalovaný uvádza, že zo strany odvolacieho orgánu táto námietka bola akceptovaná. Odvolací orgán prostredníctvom správneho orgánu prvého stupňa najmä z dôvodu hospodárnosti konania vykonal opätovné vypočutie navrhovaných svedkov, uvedené zápisnice o vypočutí svedkov sú založené v administratívnom spise. Správny orgán prvého stupňa pri svojom konaní zistil, že žalobca predložil ako doklad zmluvu, ktorá bola pozmenená. Z dôvodu preverenia relevantných skutočností vypočul a predvolal osoby, ktoré by mohli situáciu objasniť. Zároveň bolo v konaní zistené, že žiadna z vypočutých osôb nemá k dispozícii originál spornej zmluvy. Mestským úradom Dunajská Streda bolo potvrdené, že z ich strany nebola podpisovaná žiadna ďalšia zmluva so žalobcom a sám žalobca uviedol, že zmluvu o ubytovaní podpisoval začiatkom roku 2012 a žiadna iná zmluva mu na podpis predložená nebola. V takomto prípade zákon policajnému útvaru dáva možnosť podľa ust. § 82 zákona o pobyte cudzincov administratívne vyhostiť štátneho príslušníka tretej krajiny podľa taxatívne stanovených dôvodov, zároveň sú taxatívne stanovené aj dĺžky trvania zákazu vstupu na územie SR. Žalovaný je názoru, že zákonný dôvod na udelenie administratívneho vyhostenia žalobcu bol naplnený, zároveň mu bola dĺžka zákazu vstupu uložená na dolnej hranici sadzby. Čo sa týka tvrdenia, že žalobca nevedel o tom, resp. že bol uvedený do omylu pri podpisovaní zmluvy, správny orgán neprihliadol, žalobca je osoba s úplnou právnou zodpovednosťou, ktorá zodpovedá za svoje konanie. K námietke žalobcu, v ktorej poukazuje na skutočnosť, že vzhľadom na prebiehajúci súdny spor a z toho vyplývajúce veľmi napäté vzťahy medzi spoločnosťou FK DAC a mestom Dunajská Streda, nemôže byť vyjadrenie primátora mesta považované za dôveryhodné, žalovaný uvádza, že počas odvolacieho konania žalobca zaujatosť primátora mesta Dunajská Streda p. P. nenamietal, a preto sa odvolací orgán touto skutočnosťou v odvolaní ani nezaoberal. Pri vypočúvaní navrhnutých osôb bol prítomný právny zástupca žalobcu a výpovede neboli z jeho strany spochybnené. Správny orgán pri posudzovaní a rozhodovaní v danej veci prihliadal k všeobecne uznávaným právnym princípom administratívneho konania, ako je právo účastníka konania byť vypočutý, právo vyjadriť sa k podkladom rozhodnutia, právo navrhovať v konaní dôkazy, na preukázanie svojich tvrdení. Žalobca si v plnom rozsahu tieto práva uplatnil a bol riadne oboznámený s prebiehajúcim konaním o administratívnom vyhostení. Na základe vyššie uvedených skutočností má žalovaný za to, že správny orgán prvého stupňa, ako aj odvolací orgán náležite použili hmotno-právny predpis a na základe vyššie uvedených skutočností navrhuje žalobu zamietnuť. Krajský súd, ako súd vecne a miestne príslušný na konanie vo veci (§ 246 Ods. 1 O.s.p.) preskúmal napadnuté rozhodnutie v rozsahu dôvodov uvedených v žalobe (§ 249 ods. 2 O.s.p.) ako aj konanie, ktoré mu predchádzalo na nariadenom pojednávaní a dospel k záveru, že napadnuté rozhodnutie žalovaného je potrebné zrušiť a vec vrátiť žalovanému na ďalšie konanie podľa § 250j ods. 2 písm. c/ O.s.p.. Z obsahu administratívneho spisu súd zistil, že žalobca dňa 30.4.2012 podal na oddelenie cudzineckej polície Policajného zboru v Dunajskej Strede žiadosť o udelenie prechodného pobytu na území SR na účel osobitnej činnosti - športovej činnosti. Na základe priložených dokladov v zmysle ust. § 32 ods. 1 a 2 zákona o pobyte cudzincov a z dôvodu splnenia podmienok § 25 ods. 1 písm. c) uvedeného zákona, bolo žiadosti účastníka konania vyhovené a dňa 25.05.2012 bol účastníkovi konania udelený prechodný pobyt za účelom osobitnej činnosti - športovej činnosti s platnosťou na dobu X roka, t.j. do XX.XX.XXXX. Na základe toho bol žalobcovi vydaný doklad o povolení pobytu č. RA XXXXXX s platnosťou do XX.XX.XXXX, t.j. s poukazom na § 7X ods. 3 zákona o pobyte cudzincov do platnosti zmluvy o nájme bytu zo dňa XX.X.XXXX. N. zmluva o nájme bytu, ktorú žalobca predložil ku svojej žiadosti zo dňa XX.XX.XXXX bola spísaná medzi prenajímateľom, t.j. mesto G. R., zastúpené primátorom mesta E.. B. P. a nájomcom - žalobcom na dobu určitú od XX.XX.XXXX do XX.XX.XXXX. G. XX.XX.XXXX sa žalobca dostavil na oddelenie cudzineckej polície J. zboru G. R. v sprievode p. L. C. a p. F. L., za účelom podania žiadosti o vydanie dokladu. Ku svojej žiadosti žalobca okrem iného priložil aj odpis zmluvy o nájme bytu zo dňa XX.X.XXXX. N. odpis zmluvy o nájme bytu bol spísaný medzi prenajímateľom mesto G. R., zastúpené primátorom mesta E.. B. P. a žalobcom na dobu určitú XX. XX.XXXX do XX.XX.XXXX J. konania o žiadosti žalobcu o vydanie dokladu došlo porovnaním predložených zmlúv pred prvostupňovým správnym orgánom o nájme bytu k podozreniu o pozmenení uvedeného dokladu a to tým spôsobom, že prvá strana zmluvy o nájme bytu, kde je uvedená pôvodná platnosť do XX.XX.XXXX, bola pravdepodobne oddelená a následne nahradená inou prvou stranou, kde je už uvedená platnosť do XX.XX.XXXX. Z uvedenej zmluvy bol následne dňa XX.XX.XXXX notárskou koncipientkou H.. E. V., vyhotovený odpis. X. dňa XX.XX.XXXX bola prvostupňovým správnym orgánom zaslaná žiadosť o podanie informácie - preverenie platnosti predloženej „novej zmluvy o nájme bytu“. G. XX.XX.XXXX bola na oddelenie cudzineckej polície J. zboru G. R. doručená odpoveď z H. úradu G. R., v ktorej je uvedené, „.....B. o nájme bytu so žalobcom bola uzatvorená dňa XX.XX.XXXX na dobu určitú do XX.XX.XXXX, nakoľko už bol predpoklad, že H. zastupiteľstvo prijme uznesenie o vypovedaní dohôd uzatvorených medzi mestom G. R. a spoločnosťou FK G. XXXX, a.s. G. R., ktorá prevádzkuje futbalový klub G.“. H. bolo v odpovedi uvedené „...Z vyššie uvedeného dôvodu nebolo možné uzatvoriť so žalobcom ani s ostatnými hráčmi uvedeného futbalového klubu zmluvy o nájme bytu na dlhšie obdobie, ako do konca roka XXXX. A. zmluvy o nájme bytu neboli uzatvorené“. Na záver odpovede primátor mesta ešte uviedol, že žalobcovi končí nájomný vzťah k bytu na H. futbalovom štadióne v G. R. dňom XX.XX.XXXX, pričom mesto nemá záujem uvedenú zmluvu predĺžiť. Na základe vyššie uvedených skutočností aplikoval prvostupňový správny orgán ust. § 82 ods. X písm. k) zákona o pobyte cudzincov a žalobcu administratívne vyhostil na územie A. islamskej republiky. Proti predmetnému rozhodnutiu podal žalobca odvolanie, o ktorom bolo rozhodnuté žalovaným preskúmavaným rozhodnutím zo dňa XX.XX.XXXX tak, že odvolanie žalobcu bolo zamietnuté a prvostupňové rozhodnutie správneho orgánu bolo potvrdené.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a 2 OSP). V prípadoch, v ktorých fyzická alebo právnická osoba tvrdí, že bola na svojich právach ukrátená rozhodnutím a postupom správneho orgánu a žiada, aby súd preskúmal zákonnosť tohto rozhodnutia a postupu, sa postupuje podľa ustanovení druhej hlavy piatej časti OSP (§ 247 ods. 1 OSP). Podľa ust. § 3 ods. 1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 3 ods. 2 správneho poriadku). Rozhodnutie správnych orgánov musí vychádzať zo spoľahlivo zisteného stavu veci. Správne orgány dbajú o to, aby v rozhodovaní o skutkovo zhodných alebo podobných prípadoch nevznikali neodôvodnené rozdiely (§ 3 ods. 5 správneho poriadku). Podľa § 32 ods. 1 a 2 správneho poriadku, správny orgán je povinný zistiť presne a úplne skutočný stav veci a za tým účelom si obstarať potrebné podklady pre rozhodnutie, pričom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a 2 správneho poriadku, účastník konania a zúčastnená osoba má právo navrhovať dôkazy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 46 správneho poriadku, rozhodnutie musí byť v súlade so zákonmi a ostatnými právnymi predpismi, musí ho vydať orgán na to príslušný, musí vychádzať zo spoľahlivo zisteného stavu veci a musí obsahovať predpísané náležitosti. Podľa ust. § 1 ods. 1 zák. č. 404/2011 Z.z., tento zákon upravuje : a) pôsobnosť Policajného zboru pri zabezpečení kontroly hraníc SR a v oblasti pobytu cudzincov na území SR b) pôsobnosť orgánov verejnej moci v oblasti víz c) podmienky vstupu cudzincov na územie SR a podmienky vycestovania cudzincov z územia SR, ktoré nie sú upravené v osobitnom predpise alebo medzinárodnej zmluve, ktorou je Slovenská republika viazaná d) podmienky pobytu e) vydávanie dokladov pre cudzincov f) evidenciu osôb a kontrolu pobytu g) administratívne vyhostenie a zákaz vstupu h) zaistenie štátneho príslušníka tretej krajiny a umiestnenie v zariadení i) policajný prevoz štátneho príslušníka tretej krajiny cez územie SR a policajný sprievod štátneho príslušníka tretej krajiny z územia SR j) letecký tranzit štátneho príslušníka tretej krajiny cez územie SR k) práva a povinnosti osôb pri kontrole hraníc pri pobyte l) priestupky a iné správne delikty na úseku kontroly hraníc a pobytu Podľa ust. § 1 ods. 2 zák. č. 404/2011 Z.z., tento zákon sa vzťahuje aj na cudzincov, ktorí požiadali o udelenie azylu alebo poskytnutie doplnkovej ochrany na území SR, ktorým bol udelený azyl na území SR, ktorým bola poskytnutá doplnková ochrana na území SR, ktorí požiadali o poskytnutie dočasného útočiska na území SR, alebo ktorým bolo poskytnuté dočasné útočisko na území SR, ak osobitný predpis nestanovuje inak. Podľa § 77 ods. 1 zák. č. 404/2011 Z.z., administratívne vyhostenie je rozhodnutie policajného útvaru o tom, že cudzinec nemá, alebo stratil oprávnenie zdržiavať sa na území SR a je povinný opustiť územie SR s možnosťou určenia lehoty na jeho vycestovanie do krajiny pôvodu, krajiny tranzitu, ktorejkoľvek tretej krajiny, ktorá ho prijme, alebo na územie členského štátu, v ktorom má udelené právo na pobyt. V rozhodnutí o administratívnom vyhostení sa uvedie aj krajina, do ktorej je cudzinec vyhostený, ak je možné takúto krajinu určiť. V rozhodnutí o administratívnom vyhostení policajný útvar môže uložiť zákaz vstupu na územie SR, alebo územie všetkých členských štátov. Policajný útvar v rozhodnutí o administratívnom vyhostení, uloží zákaz vstupu na územie SR, alebo územie všetkých členských štátov, ak v rozhodnutí o administratívnom vyhostení neurčí lehotu na vycestovanie. Podľa ust. § 82 ods. 1 písm. k) zák. č. 404/2011 Z.z., policajný útvar môže administratívne vyhostiť štátneho príslušníka tretej krajiny, ak uviedol v konaní podľa tohto zákona nepravdivé, neúplné, alebo zavádzajúce údaje, alebo predložil falošné alebo pozmenené doklady, alebo doklad inej osoby. Podľa ust. § 82 ods. 2 písm. b) zák. č. 404/2011 Z.z., policajný útvar môže v rozhodnutí o administratívnom vyhostení uložiť zákaz vstupu podľa odseku 1, písm. d) - k) na 3 roky až 5 rokov. Podľa ust. § 82 ods. 8 zák. č. 404/2011 Z.z., lehota zákazu vstupu začína plynúť dňom vykonania administratívneho vyhostenia. Podľa ust. § 83 ods. 1 zák. č. 404/2011 Z.z., štátny príslušník tretej krajiny, ktorému bolo vydané rozhodnutie o administratívnom vyhostení, je povinný vycestovať v lehote určenej v rozhodnutí. Policajný útvar určí lehotu na vycestovanie, najmenej 7 a najviac 30 dní od vykonateľnosti rozhodnutia; túto lehotu možno primerane predĺžiť s ohľadom na predchádzajúcu dĺžku pobytu, súkromné a rodinné pomery, alebo zdravotný stav štátneho príslušníka tretej krajiny. Krajský súd v Bratislave v preskúmavanej veci dospel k záveru, že správny orgán v predmetnej veci nepostupoval v zmysle intencií vyššie citovaných právnych noriem, vo veci nezistil skutkový stav úplne a správne a zo skutkových okolností vyvodil nesprávny právny záver. Z uvedených dôvodov Krajský súd v Bratislave postupoval podľa ust. § 250j ods. 2 písm. c) OSP a preskúmavané rozhodnutie žalovaného správneho orgánu zrušil a vec mu vrátil na ďalšie konanie. Krajský súd v Bratislave z predloženého spisového materiálu mal za preukázané, že skutkový stav nebol správnym orgánom náležite zistený a v dôsledku toho nebol ani správne právne posúdený. V preskúmavanej veci súd ďalej konštatoval, že správny orgán prvého stupňa porušil základné zásady správneho konania tým, že znemožnil žalobcovi reálnu realizáciu jeho procesných práv. Za riadnu možnosť uplatnenia práva účastníka správneho konania byť vypočutý, treba považovať najmä možnosť účastníka vyjadriť sa ku skutočnému stavu veci a k dôkazom, ako aj právo v danej veci navrhovať dôkazy, ktorými sa bude správny orgán zaoberať a právo byť informovaný včas a spôsobom zodpovedajúcim veci o uvedených právach. V preskúmavanej veci, ako vyplynulo z obsahu administratívneho spisu, žalovaný správny orgán prvého stupňa neumožnil žalobcovi účinne brániť svoje práva v tomto konaní, tak, aby mohol účinne obhajovať svoje záujmy, neposkytol mu dostatočný časový priestor na prípravu obhajoby svojich práv. Odôvodnenie prvostupňového rozhodnutia prvostupňový správny orgán založil na tvrdení, že žalobca ako účastník správneho konania priložil k žiadosti o vydanie dokladu zo dňa 19.11.2012 zrejme „pozmenený doklad“, ktorým má byť odpis nájomnej zmluvy. Podľa názoru súdu v konaní však nebolo jednoznačne preukázané, že tento doklad - zmluva, bola skutočne pozmenená. Podľa názoru súdu správny orgán prvého stupňa v prejednávanej veci vychádzal iba zo svojej domnienky vyjadrenej pojmom „pravdepodobne“, avšak akákoľvek domnienka, či pravdepodobnosť, nemôže zodpovedať požiadavke na spoľahlivé zistenie skutkového stavu vyplývajúcej z vyššie citovaných ustanovení správneho poriadku. Tieto skutočnosti žalobca namietol aj v odvolaní voči prvostupňovému rozhodnutiu. Odvolací správny orgán odvolanie žalobcu zamietol a v celom rozsahu sa stotožnil s právnym názorom prvostupňového správneho orgánu a predmetnou námietkou sa bližšie nezaoberal. Súd konštatoval, že prvostupňové, ako aj odvolacie správne konanie, tvorí jeden celok, preto odvolací orgán postupoval v rozpore so zákonom, ak v odvolacom konaní neodstránil žalobcom vytýkané vady. Odvolací orgán podľa ust. § 46 zákona o správnom konaní zodpovedá za to, že rozhodnutie o odvolaní je v súlade so zákonom a vychádza zo spoľahlivo zisteného skutkového stavu veci. Ak súd preskúmaním rozhodnutia zistí, že vykonané dôkazy nie sú postačujúce pre skutkové zistenia, z ktorých žalovaný správny orgán v rozhodnutí o zamietnutí odvolania vychádzal, potom rozhodnutie žalovaného správneho orgánu zruší a vec mu vráti na ďalšie konanie. V preskúmavanej veci krajský súd konštatoval, že odvolací správny orgán pri rozhodnutí o odvolaní na základe návrhu splnomocneného zástupcu žalobcu doplnil vo veci dokazovanie výsluchom svedkov JUDr. Zoltána Hajosa, primátora mesta Dunajská Streda, Dušana Chytila, Kingy Burganovej a Barnabáša Antala. Svedecké výpovede sú ale rozporné a je zrejmé, že ani v doplnenom konaní žalovaného správneho orgánu predstavitelia FK DAC Dunajská Streda nepredložili originál spornej nájomnej zmluvy. Odvolacie správne orgány pri rozhodovaní o odvolaní sa nemôžu obmedziť iba na hodnotenie vierohodnosti dôkazov, ktoré vykonal správny orgán rozhodujúci v prvom stupni. Odvolací orgán je povinný preskúmať odvolaním napadnuté rozhodnutie v celom rozsahu (§ 59 ods. 1 správneho poriadku). Je povinný zistiť dôsledne skutočný stav veci a nemôže sa obmedziť iba na tie skutočnosti a dôkazy, ktoré pred ním realizoval prvostupňový správny orgán. Pri preskúmaní rozhodnutia postupuje odvolací orgán nezávisle na konaní prvostupňového orgánu, posudzuje vec samostatne z hľadiska tak skutkového, ako aj právneho hodnotenia, to znamená, že z vlastného podnetu vykoná nové dôkazy, prípadne zopakuje dôkazy už vykonané, všetko v záujme zistenia skutočného stavu veci. Súd konštatoval, že postup žalovaného správneho orgánu, ako aj prvostupňového správneho orgánu, nebol súladný so zákonom, keď „údajné pozmenenie listiny“, nebolo nijakým relevantným spôsobom preukázané, je založené iba na domnienke správneho orgánu prvého stupňa a s touto domnienkou sa nijakým relevantným spôsobom odvolací orgán nevysporiadal. Úlohou žalovaného správneho orgánu v ďalšom konaní je zadovážiť si dostatok skutkových podkladov pre vydanie rozhodnutia, resp. zadovážiť si dostatok dôkazov na zistenie skutočného stavu veci. V tomto prípade bude nesporne nevyhnutné predložiť originál spornej nájomnej zmluvy, nakoľko len na základe posúdenia originálu nájomnej zmluvy, bude môcť žalovaný správny orgán relevantným spôsobom posúdiť, či zo strany žalobcu došlo k predloženiu falošného, resp. pozmeneného dokladu. O trovách konania rozhodol súd podľa ust. § 250k ods. 1 OSP tak, že v konaní úspešnému žalobcovi priznal náhradu trov konania spočívajúcu v zaplatenom súdnom poplatku vo výške 70,- € a v náhrade trov právneho zastúpenia spočívajúcich v 2 úkonoch právnej pomoci realizovaných v roku 2013 (príprava a prevzatie zastúpenia, podanie žaloby na súd) á 130,16 € + režijné výdavky á 7,81 € a za 1 úkon právnej pomoci realizovaný v roku 2014 (účasť na pojednávaní dňa 09.12.2014) á 134,- € + režijné výdavky 8,04 €. Úkony právnej služby je žalovaný správny orgán povinný zaplatiť právnemu zástupcovi žalobcu spolu s 20% DPH, nakoľko tento je jej platiteľom. Trovy právneho zastúpenia celkom predstavujú sumu 501,58 €, ktorú je povinný zaplatiť žalovaný podľa ust. § 149 ods. 1 OSP na účet právneho zástupcu žalobcu. Toto rozhodnutie senát Krajského súdu v Bratislave prijal pomerom hlasov 3:0 (§ 3 ods. 9 zákona č. 757/2004 Z.z. v znení zákona č. 33/2011).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https://www.kauzis.sk/judikatura/r/ECLI:SK:KSBA:2014:1013201011.2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