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10Sd/21/2013 z 30. 1. 2014</w:t>
      </w:r>
    </w:p>
    <w:p>
      <w:r>
        <w:t>Uznesenie Krajského súdu Bratislava z 30. januára 2014, sp. zn. 10Sd/21/2013, ECLI:SK:KSBA:2014:1013201023.2</w:t>
      </w:r>
    </w:p>
    <w:p>
      <w:r>
        <w:t>Súd: Krajský súd Bratislava</w:t>
      </w:r>
    </w:p>
    <w:p>
      <w:r>
        <w:t>Spisová značka: 10Sd/21/2013</w:t>
      </w:r>
    </w:p>
    <w:p>
      <w:r>
        <w:t>ECLI: ECLI:SK:KSBA:2014:1013201023.2</w:t>
      </w:r>
    </w:p>
    <w:p>
      <w:r>
        <w:t>Dátum vydania: 30.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10Sd/21/2013 Identifikačné číslo súdneho spisu: 1013201023 Dátum vydania rozhodnutia: 31. 01. 2014 Meno a priezvisko sudcu, VSÚ: JUDr Janka Richterová ECLI: ECLI:SK:KSBA:2014:1013201023.2 Uznesenie Krajský súd v Bratislave, v právnej veci navrhovateľa: U. Č., A.. XX.X.XXXX, bytom W., J.. F. Č.. XX, proti odporkyni: Sociálna poisťovňa-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15. marca 2013, sp. zn. XXX XXX XXXX, ktorým mu bol priznaný starobný dôchodok.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250l, ods.2, § 250h, ods. 2 a § 246c, ods.1 O.s.p. O trovách konania súd rozhodol podľa § 146, ods.1, písm. c/ v spojení s § 246c, ods. 1 a 250l ods.2 O.s.p., keď nezistil splnenie podmienok pre aplikáciu § 250h, ods. 2 O.s.p. Poučenie: Proti tomuto uzneseniu možno podať odvolanie do 15 dní odo dňa jeho doručenia, prostredníctvom procesného súdu na Najvyšší súd Slovenskej republiky v Bratislave</w:t>
      </w:r>
    </w:p>
    <w:p/>
    <w:p>
      <w:r>
        <w:t>Zdroj: KAUZIS.SK – https://www.kauzis.sk/judikatura/r/ECLI:SK:KSBA:2014:1013201023.2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