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10Sd/23/2013 z 4. 2. 2014</w:t>
      </w:r>
    </w:p>
    <w:p>
      <w:r>
        <w:t>Uznesenie Krajského súdu Bratislava z 4. februára 2014, sp. zn. 10Sd/23/2013, ECLI:SK:KSBA:2014:1013201031.1</w:t>
      </w:r>
    </w:p>
    <w:p>
      <w:r>
        <w:t>Súd: Krajský súd Bratislava</w:t>
      </w:r>
    </w:p>
    <w:p>
      <w:r>
        <w:t>Spisová značka: 10Sd/23/2013</w:t>
      </w:r>
    </w:p>
    <w:p>
      <w:r>
        <w:t>ECLI: ECLI:SK:KSBA:2014:1013201031.1</w:t>
      </w:r>
    </w:p>
    <w:p>
      <w:r>
        <w:t>Dátum vydania: 4.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10Sd/23/2013 Identifikačné číslo súdneho spisu: 1013201031 Dátum vydania rozhodnutia: 05. 02. 2014 Meno a priezvisko sudcu, VSÚ: JUDr Janka Richterová ECLI: ECLI:SK:KSBA:2014:1013201031.1 Uznesenie Krajský súd v Bratislave, v právnej veci navrhovateľky: C. J., L.. XX.X.XXXX, K. Ú. XX.X.XXXX, naposledy bytom Bratislava, A.. P. Č.. XXX, proti odporkyni: Sociálna poisťovňa- ústredie, so sídlom v Bratislave, Ul. 29. augusta č. 8, o invalidný dôchodok, takto r o z h o d o l : Súd konanie z a s t a v u j e . Žiaden z účastníkov nemá právo na náhradu trov konania. o d ô v o d n e n i e : Navrhovateľka sa domáhala preskúmania zákonnosti rozhodnutia odporkyne zo dňa 31. januára 2013, sp. zn. XXX XXX XXXX, ktorým jej bol priznaný invalidný dôchodok. Dňa 25. mája 2013 došlo k úmrtiu navrhovateľky ( úmrtný list matričného úradu Mestskej časti Bratislava - Vajnory zo dňa 14.8.2013 ). Podľa § 107, ods. 1 O.s.p. ak účastník stratí spôsobilosť byť účastníkom konania skôr, ako sa konanie právoplatne skončilo, súd posúdi podľa povahy veci, či má konanie zastaviť alebo prerušiť alebo v ňom pokračovať. Súd berúc do úvahy skutočnosť, že navrhovateľka po začatí konania stratila z dôvodu úmrtia spôsobilosť byť účastníkom konania ( § 7, ods. 2 OZ, § 19 O.s.p.) ako aj povahu veci, spočívajúcej v preskúmavaní zákonnosti rozhodnutia o invalidite, ktoré sa bezprostredne a výlučne viaže na osobu navrhovateľky ( § 113, ods. 2 Zák. č. 461/2003 Z. z. o sociálnom poistení v platnom znení ), správne konanie zastavil podľa citovaného ustanovenia § 107, ods. 1 v spojení s § 250l, ods. 2 a 246c, ods. 1 O.s.p. ).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</w:t>
      </w:r>
    </w:p>
    <w:p/>
    <w:p>
      <w:r>
        <w:t>Zdroj: KAUZIS.SK – https://www.kauzis.sk/judikatura/r/ECLI:SK:KSBA:2014:1013201031.1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