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2S/150/2013 z 6. 5. 2014</w:t>
      </w:r>
    </w:p>
    <w:p>
      <w:r>
        <w:t>Rozhodnutie Krajského súdu Bratislava z 6. mája 2014, sp. zn. 2S/150/2013, ECLI:SK:KSBA:2014:1013201071.1</w:t>
      </w:r>
    </w:p>
    <w:p>
      <w:r>
        <w:t>Súd: Krajský súd Bratislava</w:t>
      </w:r>
    </w:p>
    <w:p>
      <w:r>
        <w:t>Spisová značka: 2S/150/2013</w:t>
      </w:r>
    </w:p>
    <w:p>
      <w:r>
        <w:t>ECLI: ECLI:SK:KSBA:2014:1013201071.1</w:t>
      </w:r>
    </w:p>
    <w:p>
      <w:r>
        <w:t>Dátum vydania: 6. 5. 2014</w:t>
      </w:r>
    </w:p>
    <w:p>
      <w:r>
        <w:t>Forma: Rozhodnutie</w:t>
      </w:r>
    </w:p>
    <w:p>
      <w:pPr>
        <w:pStyle w:val="Heading2"/>
      </w:pPr>
      <w:r>
        <w:t>Text rozhodnutia</w:t>
      </w:r>
    </w:p>
    <w:p>
      <w:r>
        <w:t>Súd: Krajský súd Bratislava Spisová značka: 2S/150/2013 Identifikačné číslo súdneho spisu: 1013201071 Dátum vydania rozhodnutia: 07. 05. 2014 Meno a priezvisko sudcu, VSÚ: Mgr. Viliam Pohančeník ECLI: ECLI:SK:KSBA:2014:1013201071.1 Rozhodnutie Krajský súd v Bratislave v právnej veci žalobcu: PhDr. T. K., O.., M., I. 6, K., zastúpený: JUDr. Marcela Božíková, PhD., MPH, Pečnianska 10, Bratislava, proti žalovanému: Ministerstvo zdravotníctva Slovenskej republiky, Limbová 2, Bratislava, o preskúmanie zákonnosti rozhodnutia žalovaného č. S03459-OP-2013 zo dňa 23.04.2013, jednohlasne, takto r o z h o d o l : Krajský súd v Bratislave konanie z a s t a v u j e . Žiaden z účastníkov nemá právo na náhradu trov konania. o d ô v o d n e n i e : Žalobou doručenou Krajskému súdu v Bratislave dňa 31.05.2013 sa žalobca domáhal preskúmania zákonnosti rozhodnutia žalovaného č. S03459-OP-2013 zo dňa 23.04.2013, ktorým žalovaný s poukazom na ustanovenie § 59 ods. 2 správneho poriadku zamietol rozklad žalobcu a potvrdil rozhodnutie ministerstva č. Z12787-2013-KO zo dňa 13.03.2013, ktorým bola podľa § 18 ods. 2 v spojení s § 11 ods. 1 písm. d) zákona č. 211/2000 Z.z. o slobodnom prístupe k informáciám a o zmene a doplnení niektorých zákonov (zákon o slobode informácií) v znení neskorších predpisov odmietnutá žiadosť o sprístupnenie informácií zo dňa 30.10.2012 týkajúca sa: „stanoviska prideľovaniu titulov, ktorý malo Ministerstvo zdravotníctva SR zaslať mne v nezistenom čase, na žiadosť vyšetrovateľky Obvodného oddelenia polície Bratislava III, kpt. M.. Bc. E., ktorá bola poverená prešetriť Trestné oznámenie, ktoré som dňa 8. marca 2012, spoločne s JUDr. M. K., PhD., MPH, podal na Generálnu prokuratúru, kde bolo prijaté“. Podaním doručeným Krajskému súdu v Bratislave dňa 06.02.2014 vzal žalobca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vzal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https://www.kauzis.sk/judikatura/r/ECLI:SK:KSBA:2014:1013201071.1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