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5Sd/96/2013 z 29. 4. 2014</w:t>
      </w:r>
    </w:p>
    <w:p>
      <w:r>
        <w:t>Uznesenie Krajského súdu Bratislava z 29. apríla 2014, sp. zn. 5Sd/96/2013, ECLI:SK:KSBA:2014:1013201172.1</w:t>
      </w:r>
    </w:p>
    <w:p>
      <w:r>
        <w:t>Súd: Krajský súd Bratislava</w:t>
      </w:r>
    </w:p>
    <w:p>
      <w:r>
        <w:t>Spisová značka: 5Sd/96/2013</w:t>
      </w:r>
    </w:p>
    <w:p>
      <w:r>
        <w:t>ECLI: ECLI:SK:KSBA:2014:1013201172.1</w:t>
      </w:r>
    </w:p>
    <w:p>
      <w:r>
        <w:t>Dátum vydania: 29. 4.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5Sd/96/2013 Identifikačné číslo súdneho spisu: 1013201172 Dátum vydania rozhodnutia: 30. 04. 2014 Meno a priezvisko sudcu, VSÚ: JUDr. Milota Tóthová ECLI: ECLI:SK:KSBA:2014:1013201172.1 Uznesenie Krajský súd v Bratislave v právnej veci navrhovateľa Q. Q., bytom Ľ. X, O., proti odporkyni Sociálnej poisťovni ústredie, Ul. 29. augusta č. 8, Bratislava, o výšku starobného dôchodku, takto r o z h o d o l : Súd konanie z a s t a v u j e . Žiaden z účastníkov nemá právo na náhradu trov konania. o d ô v o d n e n i e : Navrhovateľ svojím návrhom zo dňa 11.4.2013 žiadal preskúmať rozhodnutie odporkyne číslo XXX XXX XXXX X - H.. zo dňa 26.2.2013, ktorým odporkyňa zvýšila od 24. januára 2010 predčasný starobný dôchodok a rozhodnutie číslo XXX XXX XXXX - H.. zo dňa 26.2.2013, ktorým odporkyňa uvoľnila výplatu starobného dôchodku od 16. januára 2013 v sume 409,80 eur mesačne. Písomným prehlásením zo dňa 30.9.2013 navrhovateľ vzal späť návrh v celom rozsahu.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https://www.kauzis.sk/judikatura/r/ECLI:SK:KSBA:2014:1013201172.1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