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8Scud/17/2013 z 14. 4. 2014</w:t>
      </w:r>
    </w:p>
    <w:p>
      <w:r>
        <w:t>Uznesenie Krajského súdu Bratislava z 14. apríla 2014, sp. zn. 8Scud/17/2013, ECLI:SK:KSBA:2014:1013201201.1</w:t>
      </w:r>
    </w:p>
    <w:p>
      <w:r>
        <w:t>Súd: Krajský súd Bratislava</w:t>
      </w:r>
    </w:p>
    <w:p>
      <w:r>
        <w:t>Spisová značka: 8Scud/17/2013</w:t>
      </w:r>
    </w:p>
    <w:p>
      <w:r>
        <w:t>ECLI: ECLI:SK:KSBA:2014:1013201201.1</w:t>
      </w:r>
    </w:p>
    <w:p>
      <w:r>
        <w:t>Dátum vydania: 14.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8Scud/17/2013 Identifikačné číslo súdneho spisu: 1013201201 Dátum vydania rozhodnutia: 15. 04. 2014 Meno a priezvisko sudcu, VSÚ: JUDr. Peter Pospech ECLI: ECLI:SK:KSBA:2014:1013201201.1 Uznesenie Krajský súd v Bratislave pred samosudcom JUDr. Petrom Pospechom, v právnej veci navrhovateľa: J. S., R. XX/XXXX, XXX XX S. - Š., Č. T., proti odporcovi: Sociálna poisťovňa - ústredie, Ul. 29. augusta č. 8, 813 63 Bratislava, zast. JUDr. Helenou Blahutovou, v spore o preskúmanie rozhodnutia č. XXX XXX XXXX X-J. zo dňa 10.5.2013, takto r o z h o d o l : Súd konanie z a s t a v u j e . Žiaden z účastníkov nemá právo na náhradu trov konania. o d ô v o d n e n i e : Návrhom na preskúmanie, došlým tunajšiemu súdu dňa 24.6.2013 požiadal navrhovateľ o preskúmanie rozhodnutia odporcu č. XXX XXX XXXX-J. zo dňa 10.5.2013. V rámci skúmania podmienok konania podľa § 103a nasl. O.s.p. konajúci súd zistil, že v predmetnej veci už rozhodol Krajský súd v Nitre svojím rozsudkom pod č.k. XXSd XXX/XXXX dňa 16.12.2013. Na základe takto zisteného skutkového stavu konajúci súd dospel k záveru, že prejednaniu sporu pod sp.zn. XScud XX/XXXX bráni prekážka veci rozhodnutej (litispedencia). Podľa § 159 ods. 3 O.s.p., len čo sa o veci právoplatne rozhodlo, nemôže sa prejednávať znovu. Po zistení, že v predmetnej veci bolo Krajským súdom v Nitre rozhodnuté vo veci preskúmania rozhodnutia odporcu č. XXX XXX XXXX-J. P. J. súd konanie zastavil pre prekážku veci rozhodnutej podľa § 104 ods. 1 O.s.p. a § 159 ods. 3 O.s.p. O trovách konania súd rozhodol tak, že žiaden z účastníkov nemá právo na náhradu trov konania.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https://www.kauzis.sk/judikatura/r/ECLI:SK:KSBA:2014:1013201201.1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