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9Sp/31/2013 z 6. 2. 2014</w:t>
      </w:r>
    </w:p>
    <w:p>
      <w:r>
        <w:t>Uznesenie Krajského súdu Bratislava z 6. februára 2014, sp. zn. 9Sp/31/2013, ECLI:SK:KSBA:2014:1013201213.1</w:t>
      </w:r>
    </w:p>
    <w:p>
      <w:r>
        <w:t>Súd: Krajský súd Bratislava</w:t>
      </w:r>
    </w:p>
    <w:p>
      <w:r>
        <w:t>Spisová značka: 9Sp/31/2013</w:t>
      </w:r>
    </w:p>
    <w:p>
      <w:r>
        <w:t>ECLI: ECLI:SK:KSBA:2014:1013201213.1</w:t>
      </w:r>
    </w:p>
    <w:p>
      <w:r>
        <w:t>Dátum vydania: 6.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9Sp/31/2013 Identifikačné číslo súdneho spisu: 1013201213 Dátum vydania rozhodnutia: 07. 02. 2014 Meno a priezvisko sudcu, VSÚ: JUDr Janka Richterová ECLI: ECLI:SK:KSBA:2014:1013201213.1 Uznesenie Krajský súd v Bratislave, v právnej veci navrhovateľa: Z. Ú., J.. XX.XX.XXXX, G. G., W.. S. Č.. XX, proti odporcovi: Okresný úrad Bratislava- pozemkový a lesný odbor, so sídlom v Bratislave, Ul. Trenčianska č. 55, o navrátenie vlastníctva k pozemkom, o preskúmanie zákonnosti rozhodnutia odporcu zo dňa 30. novembra 2012, sp. zn. 6899/2004, 459/07/6140/12/ALU, takto r o z h o d o l : Súd konanie z a s t a v u j e . Žiaden z účastníkov nemá právo na náhradu trov konania. o d ô v o d n e n i e : Navrhovateľ sa návrhom, doručeným správnemu orgánu dňa 5.6.2013, domáhal preskúmania zákonnosti rozhodnutia odporcu zo dňa 30. novembra 2012, sp. zn. 6899/2004, 459/07/6140/12/ALU, v ktorom odporca rozhodol, že navrhovateľovi nenavracia vlastnícke právo k pozemku parc. č. XXXX/X, zapísanom v pkn. vložke č. 2447 pre kat. úz. Petržalka a ani zaň nepriznáva právo na náhradu. Na tunajšom súde sa viedlo medzi týmito účastníkmi konania už skôr konanie o preskúmanie zákonnosti toho istého rozhodnutia odporcu ( zo dňa 30. novembra 2012, sp. zn. 6899/2004, 459/07/6140/12/ALU ) pod sp. zn. 4 Sp 13/2013. V konaní, vedenom pod sp. zn. 4Sp 13/2013, bol uznesením zo dňa 7. marca 2013, č. k. 4 Sp 13/2013-21, návrh navrhovateľa odmietnutý ako oneskorene podaný. Uznesenie súdu nadobudlo právoplatnosť dňa 3. apríla 2013. Podľa § 103 O.s.p. kedykoľvek za konania prihliada súd na to, či sú splnené podmienky, za ktorých môže konať vo veci ( podmienky konania ). Podľa § 104, ods. 1 O.s.p. ak ide o taký nedostatok podmienky konania, ktorý nemožno odstrániť, súd konanie zastaví. Podľa § 159, ods. 3 O.s.p. len čo sa o veci právoplatne rozhodlo, nemôže sa prejednávať znova. Súd je v ktoromkoľvek štádiu konania povinný skúmať, či sú splnené podmienky, za ktorých môže konať, t. j. či sú splnené procesné podmienky na strane súdu ( právomoc, príslušnosť vecná, funkčná, miestna), účastníkov a ich zástupcov ( napr. spôsobilosť byť účastníkom konania, zástupcom, procesná spôsobilosť), vecné procesné podmienky ( existencia návrhu na začatie konania alebo uznesenia o začatí konania ) a negatívne procesné podmienky, ktoré nesmú byť dané, aby súd mohol vec prejednať a o nej rozhodnúť. Popri prekážke litispendencie ( už začatého súdneho konania ) súd nemôže vo veci konať a o nej rozhodnúť v prípade prekážky právoplatne rozhodnutej veci ( impedimentum rei iudicatae) v zmysle § 159, ods. 3 O.s.p. Absencia neodstrániteľného nedostatku podmienky konania alebo danosť negatívnej procesnej podmienky má za následok zastavenie konania podľa § 104, ods. 1 O.s.p. Záväznosť a nezmeniteľnosť rozhodnutia súdu, ktoré nadobudlo právoplatnosť, má svoje vyjadrenie v prekážke právoplatne rozhodnutej veci. Konkrétne to znamená, že o tej istej veci, o ktorej sa už raz právoplatne rozhodlo, nemožno rozhodovať opätovne. Ide o procesné vyjadrenie ústavnoprávnej zásady nikdy nie dvakrát o tej istej veci ( ne bis in idem) . O tej istej veci možno hovoriť za predpokladu, že ide o totožnosť osôb a totožnosť predmetu konania. V správnom súdnictve podľa piatej časti Občianskeho súdneho poriadku je totožnosť veci daná, ak ide o totožných účastníkov a ak opravný prostriedok smeruje proti tomu istému rozhodnutiu, ktoré už bolo súdom preskúmavané ( totožnosť predmetu ). Navrhovateľ sa po právoplatnom skončení veci, vedenej pod sp. zn. 4 Sp 13/2013, opätovne domáhal voči tomu istému odporcovi ( totožnosť účastníkov ) preskúmavania toho istého rozhodnutia odporcu zo dňa 30. novembra 2012, sp. zn. 6899/2004, 459/07/6140/12/ALU ( totožnosť predmetu konania ). Z dôvodu prekážky veci právoplatne rozhodnutej preto súd konanie zastavil podľa § 104, ods. 1 O.s.p. v spojení s § 250l, ods. 2 a 246c, ods.1 O.s.p. O trovách konania súd rozhodol podľa § 146 ods. 1, písm. c/ O.s.p. v spojení s § 250l, ods.2 a 246c, ods.1 O.s.p., keď nezistil okolnosti odôvodňujúce aplikáciu § 250h, ods. 2 O.s.p. Poučenie: Proti tomuto uzneseniu možno podať odvolanie do 15 dní odo dňa jeho doručenia, prostredníctvom procesného súdu na Najvyšší súd Slovenskej republiky v Bratislave</w:t>
      </w:r>
    </w:p>
    <w:p/>
    <w:p>
      <w:r>
        <w:t>Zdroj: KAUZIS.SK – https://www.kauzis.sk/judikatura/r/ECLI:SK:KSBA:2014:1013201213.1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