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8Sd/97/2013 z 13. 10. 2014</w:t>
      </w:r>
    </w:p>
    <w:p>
      <w:r>
        <w:t>Uznesenie Krajského súdu Bratislava z 13. októbra 2014, sp. zn. 8Sd/97/2013, ECLI:SK:KSBA:2014:1013201235.1</w:t>
      </w:r>
    </w:p>
    <w:p>
      <w:r>
        <w:t>Súd: Krajský súd Bratislava</w:t>
      </w:r>
    </w:p>
    <w:p>
      <w:r>
        <w:t>Spisová značka: 8Sd/97/2013</w:t>
      </w:r>
    </w:p>
    <w:p>
      <w:r>
        <w:t>ECLI: ECLI:SK:KSBA:2014:1013201235.1</w:t>
      </w:r>
    </w:p>
    <w:p>
      <w:r>
        <w:t>Dátum vydania: 13. 10.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8Sd/97/2013 Identifikačné číslo súdneho spisu: 1013201235 Dátum vydania rozhodnutia: 14. 10. 2014 Meno a priezvisko sudcu, VSÚ: JUDr. Peter Pospech ECLI: ECLI:SK:KSBA:2014:1013201235.1 Uznesenie Krajský súd v Bratislave v právnej veci navrhovateľky: G. X., K.. XX.XX.XXXX, I. O. K. Z. X, XXX XX O., zomrelej XX.XX.XXXX, právni nástupcovia: 1/ Q. S., O. B. V. G. XX/XX, Q. (T.), XXXXX, I., 2/ J. S., O. Z. X, XXX XX O., proti odporkyni: Sociálna poisťovňa - ústredie, Ul. 29. augusta č. 8, 813 63 Bratislava, o invalidný dôchodok, takto r o z h o d o l : Súd konanie z a s t a v u j e . Žiaden z účastníkov nemá právo na náhradu trov konania. o d ô v o d n e n i e : Navrhovateľka svojím návrhom zo dňa 02.06.2013 žiadala preskúmať rozhodnutie odporkyne číslo XXX XXX XXXX zo dňa 11.03.2013, ktorým jej bol od 20.02.2013 priznaný invalidný dôchodok v sume 282,80 Eur mesačne. Z úmrtného listu vyhotoveného dňa 12.07.2013 matričným úradom O. - V. súd zistil, že navrhovateľka zomrela dňa XX.XX.XXXX. Podľa § 118 ods. 1 zákona č. 461/2003 Z.z. o sociálnom poistení v znení neskorších predpisov ak fyzická osoba, ktorá splnila podmienky nároku na dávku, zomrela po uplatnení nároku na dávku a nároku na jej výplatu, prechádzajú nároky na sumy splatné ku dňu smrti tejto fyzickej osoby na manžela (manželku), deti a rodičov. Podľa § 118 ods. 4 cit. zákona nároky prechádzajúce na fyzické osoby uvedené v odsekoch 1 až 3 nie sú predmetom dedičstva; predmetom dedičstva sa stávajú, ak niet týchto fyzických osôb. Z právoplatného osvedčenia o dedičstve zo dňa 17.03.2014 súd zistil, že právnymi nástupcami navrhovateľky sú jej dve deti, Q. S., O. B. V. G. XX/XX, Q. (T.), XXXXX, I. U. J. S., O. Z.J. X, XXX XX O.. Podaniami doručenými súdu dňa 03.10.2014 a 13.10.2014 právni nástupcovia navrhovateľky oznámili, že nechcú pokračovať v konaní o invalidný dôchodok po nebohej matke a súhlasia so zastavením konania.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https://www.kauzis.sk/judikatura/r/ECLI:SK:KSBA:2014:1013201235.1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