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1S/170/2013 z 10. 12. 2014</w:t>
      </w:r>
    </w:p>
    <w:p>
      <w:r>
        <w:t>Rozsudok Krajského súdu Bratislava z 10. decembra 2014, sp. zn. 1S/170/2013, ECLI:SK:KSBA:2014:1013201245.1</w:t>
      </w:r>
    </w:p>
    <w:p>
      <w:r>
        <w:t>Súd: Krajský súd Bratislava</w:t>
      </w:r>
    </w:p>
    <w:p>
      <w:r>
        <w:t>Spisová značka: 1S/170/2013</w:t>
      </w:r>
    </w:p>
    <w:p>
      <w:r>
        <w:t>ECLI: ECLI:SK:KSBA:2014:1013201245.1</w:t>
      </w:r>
    </w:p>
    <w:p>
      <w:r>
        <w:t>Dátum vydania: 10. 12. 2014</w:t>
      </w:r>
    </w:p>
    <w:p>
      <w:r>
        <w:t>Forma: Rozsudok</w:t>
      </w:r>
    </w:p>
    <w:p>
      <w:r>
        <w:t>Oblasť práva: Správne právo</w:t>
      </w:r>
    </w:p>
    <w:p>
      <w:pPr>
        <w:pStyle w:val="Heading2"/>
      </w:pPr>
      <w:r>
        <w:t>Text rozhodnutia</w:t>
      </w:r>
    </w:p>
    <w:p>
      <w:r>
        <w:t>Súd: Krajský súd Bratislava Spisová značka: 1S/170/2013 Identifikačné číslo súdneho spisu: 1013201245 Dátum vydania rozhodnutia: 11. 12. 2014 Meno a priezvisko sudcu, VSÚ: JUDr. Monika Valašíková PhD. ECLI: ECLI:SK:KSBA:2014:1013201245.1 ROZSUDOK V MENE SLOVENSKEJ REPUBLIKY Krajský súd v Bratislave v senáte zloženom z predsedníčky senátu JUDr. Moniky Valašikovej, PhD. a členiek senátu a JUDr. Renáty Janákovej a JUDr. Zuzany Mališovej, v právnej veci žalobcu: V.. N. Y., M. XX/XX, G., zastúpený: JUDr. Milan Roll, Švabinského 13, Bratislava, proti žalovanému: Ministerstvo obrany Slovenskej republiky, Kutuzovova 8, Bratislava, o preskúmanie zákonnosti rozhodnutia žalovaného č. SEĽUZ-11-9-2/2013-OdSP zo dňa 29.4.2013, takto r o z h o d o l : Krajský súd v Bratislave žalobu z a m i e t a . Žalobcovi súd náhradu trov konania nepriznáva. o d ô v o d n e n i e : Žalobca sa včas podanou žalobou doručenou tunajšiemu súdu dňa 2.7.2013 domáhal preskúmania zákonnosti a následného zrušenia rozhodnutia žalovaného SEĽUZ-11-9-2/2013- OdSP zo dňa 29.4.2013, ktorým bolo potvrdené rozhodnutie Vojenského úradu sociálneho zabezpečenia č. VUSZ-65208008960606-18/2013-OVZ z 23.1.2013 a odvolanie žalobcu bolo zamietnuté. Prvostupňovým rozhodnutím Vojenského úradu sociálneho zabezpečenia bol žalobcovi podľa ustanovenia § 123 ods. 2 písm. a) a § 39 v spojitosti s § 105 ods. 7 a 10 zákona č. 328/2002 Z.z. o sociálnom zabezpečení policajtov a vojakov znížený výsluhový dôchodok od 1.2.2013 na sumu XXXX,XX eur mesačne. Žalobca v žalobe uviedol, že dňom 31.12.2003 bol prepustený zo služobného pomeru profesionálneho vojaka, v ktorom konal 34 ukončených rokov. Následne mu bol priznaný výsluhový dôchodok od 1.1.2004 vo výške XX XXX,- Sk mesačne rozhodnutím č. 65208008960606/2-VUSZ/DO1 zo dňa 16.2.2004 podľa ustanovenia § 38 zákona č. 328/2002 Zb. sociálnom zabezpečení policajtov a vojakov. Dňa 2.7.2004 Vojenský úrad sociálneho zabezpečenia rozhodnutím č. 65208008960606 mu podľa ustanovenia § 68 ods. 1 zákona č. 328/2002 Z.z. o sociálnom zabezpečení policajtov a vojakov (ďalej len zákon č. 328/2002 Z.z.) od 1.7.2004 vrátane zvýšil výsluhový dôchodok zo sumy XX XXX,- Sk mesačne na sumu XX XXX,- Sk mesačne. Dňa 21.4.2005 Vojenský úrad sociálneho zabezpečenia vydal ďalšie rozhodnutie č. 65208008960606/6-VUSZ/DO1, ktorým mu podľa ustanovenia § 105 ods. 6 v spojitosti s § 105 ods. 9 zákona č. 328/2002 Z.z. znížil od 1.5.2005 výsluhový dôchodok zo sumy XX XXX,- Sk mesačne na sumu XX XXX,- Sk mesačne. Toto rozhodnutie bolo na základe ním podaného odvolania zrušené rozhodnutím Ministerstva obrany SR č. ČP. SEĽUZ-1111-29/2005 zo dňa 10.8.2005. Ďalším rozhodnutím Vojenského úradu sociálneho zabezpečenia č. 65208008960606/8-VUSZ/DO1 zo dňa 22.10.2005 bol žalobcovi znížený výsluhový dôchodok od 1.11.2005 na sumu XX XXX,- Sk mesačne. Toto rozhodnutie bolo potvrdené rozhodnutím Ministerstva obrany SR Č.Ka VSU-8-79/2006-OdSS zo dňa 3.5.2006. Na základe žalobcovej žaloby, ktorou napadol rozhodnutie Ministerstva obrany SR zo dňa 3.5.2006, Krajský súd v Bratislave rozsudkom sp.zn. 1S/268/2006 zo dňa 3.10.2008 zamietol žalobu. Najvyšší súd SR na základe odvolania žalobcu rozsudkom sp.zn. 4Sžso/58/2008 zo dňa 20.8.2009 rozsudok Krajského súdu zo dňa 3.10.2008 zmenil tak, že rozhodnutie Ministerstva obrany zo dňa 3.5.2006 zrušil a vec mu vrátil na ďalšie konanie. Predmetom súdneho konania bola nesprávnosť v spôsobe výpočtu vymeriavacieho základu pre určenie výšky výsluhového dôchodku najmä v tom, že žalovaný nezahrnul náhradu za nevyčerpanú časť riadnej dovolenky do príjmu v rozhodujúcom období - kalendárnom roku 2003. Následne Vojenský úrad sociálneho zabezpečenia rozhodnutím č. 65208008960606/11-OVZ zo dňa 18.1.2010 v spojení s rozhodnutím Ministerstva obrany SR zo dňa 29.3.2010 č. KaVSU-5-20-2/2010 priznal žalobcovi výsluhový dôchodok od 1.11.2005 vo výške 994 Eur mesačne. Aj toto rozhodnutie žalovaného zo dňa 29.3.2010 žalobca napadol žalobou na Krajskom súde v Bratislave, ktorý rozsudkom sp.zn. 4S/205/2010-46 zo dňa 6.5.2011 žalobcovu žalobu zamietol. Následne Najvyšší súd SR na základe odvolania žalobcu rozsudkom sp. zn. 7Sžso 59/2011 zo dňa 31.7.2012 rozsudok Krajského súdu sp.zn. 4S/205/2010-46 zo dňa 6.5.2011 zmenil tak, že právoplatné rozhodnutie žalovaného zo dňa 29.3.2010 zrušil a vec mu vrátil na ďalšie konanie. Následne Vojenský úrad sociálneho zabezpečenia rozhodnutím č. 65208008960606-18/2013-OVZ zo dňa 23.1.2013 v spojení s rozhodnutím žalovaného zo dňa 29.4.2013 č. SEĽUZ-11-9-2/2013ODSP priznal žalobcovi výsluhový dôchodok od 1.2.2013 vo výške XXXX,XX Eur mesačne. Žalobca nesúhlasí so spôsobom výpočtu výsluhového dôchodku žalovaným. Je názoru, že jediným správnym spôsobom výpočtu výsluhového dôchodku je ten, ktorý mu vypočítal Vojenský úrad sociálneho zabezpečenia rozhodnutím č. 65208008960606/2-VUSZ/DO1 zo dňa 16.2.2004. Žalovaný neustále mení metodiku a spôsob výpočtu výšky výsluhového dôchodku. Poukázal na ustanovenie § 58 odst. 5 a § 60 ods. 5 zákona č. 328/2002 Z.z.. Služobný príjem za účasť v práci (XXX XXX,- Sk) dosiahol za 349 dní a vyplatený príjem za nevyčerpanú časť dovolenky (XX XXX,- Sk) dosiahol za 9 dní. Je preto logické, že aj matematický výpočet vzorcu výsluhového dôchodku je správny tak, ako ho uvádza žalovaný v úplne prvom rozhodnutí zo dňa 16.2.2004. Namietal, že je nezákonné, ak výška výsluhového dôchodku, ktorú mu žalovaný určil napadnutým rozhodnutím, je nižšia ako výška výsluhového dôchodku, ktorá by mu patrila, ak by sa vypočítala len zo služobného príjmu za výkon služby a služobný príjem za nevyčerpanú riadnu dovolenku by nedostal a poistné z tejto sumy nezaplatil. Vidí nesprávnosť v spôsobe výpočtu vymeriavacieho základu pre určenie výšky výsluhového dôchodku, pretože 1.) nerešpektuje zákonný princíp rovnakého postavenia príjmov vymenovaných v ustanovení § 98 ods. 3, 4,5 zákona č. 328/2002 Zz.z. ako súčasti vymeriavacieho základu na určenie poistného na nemocenské zabezpečenie a výsluhové zabezpečenie a tým aj základu na výpočet dávok výsluhového zabezpečenia; 2.) nerešpektuje zákonnú dikciu ustanovenia § 60 ods. 5 zákona č. 328/2002 Zb., že sa uvedené príjmy majú vydeliť celkovým počtom dní za ktoré boli v rozhodujúcom kalendárnom roku vyplatené; 3.) nerešpektuje poistnú zásadu, že vyšší poistný príjem sa prejavuje vo vyššej výmere poistnej dávky. V tejto súvislosti poukázal na rozhodnutia Krajského súdu v Bratislave sp.zn. 2S/199/2006 zo dňa 23.4.2006, sp.zn. 2S/74/2006 z 21.5.2008 v spojení s rozhodnutím Najvyššieho súdu SR sp.zn. 4Sžso/37/2008 zo dňa 20.8.2009. II. Žalovaný vo vyjadrení zo dňa 18.9.2013 žiadal žalobu zamietnuť. Uviedol, že základ na výpočet výsluhového dôchodku sa u profesionálneho vojaka zisťuje z priemerného služobného príjmu podľa ods. 5 v príjmovo najlepšom ukončenom kalendárnom roku v období posledných 10. ukončených kalendárnych rokov pred dňom skončenia služobného pomeru. Príjmovo najlepším ukončeným kalendárnym rokom žalobcu bol rok 2003. V tomto roku bol žalobcovi vyplatený služobný príjem v sume XXX XXX,- Sk za 349 odpracovaných dní a služobný príjem v sume XX XXX,- Sk za 9 dní nevyčerpanej dovolenky patriacej za rok 2003. Základ na výpočet výsluhového dôchodku žalobcu bol vypočítaný nasledovne (XXX XXX+ XX XXX): (XXX+X) = XXXX,XX x XX,XXX = XX XXX, XX. Z takto vypočítaného základu bol potom žalobcovi vypočítaný výsluhový dôchodok v sume XX XXX,XX,- Sk mesačne (XX XXX,XX x XX% = XX,XXX,XX) po valorizácii a prepočte XXXX,XX eur mesačne. Rozhodnutím č. SEĽUZ-11-9-2/2013-OdSP zo dňa 29.4.2013 odvolací orgán zamietol odvolanie žalobcu a potvrdil rozhodnutie VUSZ Bratislava č. 65208008960606/18/2013-OVZ z 23.1.2013, ktorým bol žalobcovi priznaný výsluhový dôchodok od 1.2.2013 vo výške XXXX,XX eur mesačne, vrátane zvýšenia (valorizácie) tejto dávky výsluhového zabezpečenia podľa § 68 ods. 1 písm. b) zákona č. 328/2002 Z.z. od 1.7.2004 o 7,09%, od 1.7.2006 o 10,99% od 1.7.2007 o 20,78%, od 1.7.2008 o 0,899%, od 1.7.2009 o 8,205%, od 1.7.2010 o 6,732%, od 1.7.2011 o 2,1%. Z obsahu ustanovení § 58 ods. 1 a 4 zákona č. 328/2002 Z.z. vyplýva, že 365 dní ako rok trvania služobného pomeru je definovaný výlučne na účely zisťovania celkovej doby trvania služobného pomeru, nie však na účely zisťovania priemerného mesačného služobného príjmu. Pre zisťovanie základu na výpočet výsluhového dôchodku z priemerného služobného príjmu je rozhodujúci len počet dní, za ktoré bol dosiahnutý príjem a nie počet dní v roku. žalobcovi bol služobný príjem XXX XXX Sk nesporne vyplatený za 358 dní. III. Krajský súd v Bratislave, ako súd vecne a miestne príslušný (§ 246 ods. 1 OSP) preskúmal napadnuté rozhodnutie a konštatoval, že podľa ust. § 246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SEĽUZ-11-9-2/2013-OdSP zo dňa 29.4.2013, ktorým bolo potvrdené rozhodnutie Vojenského úradu sociálneho zabezpečenia č. VUSZ-65208008960606-18/2013-OVZ z 23.1.2013. Prvostupňovým rozhodnutím Vojenského úradu sociálneho zabezpečenia bol žalobcovi podľa ustanovenia § 123 ods. 2 písm. a) a § 39 v spojitosti s § 105 ods. 7 a 10 zákona č. 328/2002 Z.z. o sociálnom zabezpečení policajtov a vojakov znížený výsluhový dôchodok od 1.2.2013 na sumu XXXX,XX eur mesačne. Z obsahu súdneho a administratívneho spisu súd zistil, že žalobca bol 31.12.2003 prepustený zo služobného pomeru vojaka z povolania podľa § 32 ods. 1 písm. c) zákona č. 370/1997 Z.z. o vojenskej službe z dôvodu organizačných zmien. Ku dňu skončenia služobného pomeru mal žalobca ukončených 34 rokov, 4 mesiace a 27 dní vojensky činnej služby a na vznik nároku na výsluhový dôchodok a jeho výšku pre výmeru výsluhového dôchodku bola žalobcovi hodnotená doba 34 skočených rokov trvania služobného pomeru. Žalobcovým príjmovo najlepším ukončeným kalendárnym rokom bol rok 2003 v ktorom žalobca dosiahol služobný príjem XXX XXX,- Sk za 349 dní a služobný príjem XX XXX,- Sk za 9 dní nevyčerpanej dovolenky patriacej za rok 2003. Žalobcovi bol teda v rozhodujúcom kalendárnom roku 2003 spolu vyplatený služobný príjem v sume XXX XXX,- Sk (XXX XXX + XX XXX), tento služobný príjem patril žalobcovi spolu za 358 dní (349+9). Rozhodnutím VÚSZ Bratislava č. 65208008960606/2-VUSZ/DO1 zo dňa 16.2.2004 bol žalobcovi podľa § 38 zákona č. 328/2002 Z.z. bol priznaný výsluhový dôchodok od 1.1.2004 vo výške XX XXX,- Sk mesačne. Po zistení nesprávne vypočítaného základu na výpočet výsluhového dôchodku žalobcu VUSZ Bratislava rozhodnutím č. 65208008960606/6-VUSZ/DO1 z 21.4.2005 podľa § 105 ods. 6 v spojitosti s § 105 ods. 9 zákona č. 328/2002 Z.z. znížil žalobcovi výsluhový dôchodok s účinnosťou od 1.5.2005 na sumu XX XXX,- Sk mesačne. Proti tomuto rozhodnutiu podal žalobca odvolanie o ktorom rozhodol žalovaný rozhodnutím č. SEĽUZ-1111-29/2005 z 10.8.2005 tak, že zrušil prvostupňové rozhodnutie VUSZ Bratislava a vec vrátil na nové prerokovanie a rozhodnutie. Následne VUSZ Bratislava rozhodnutím č. 65208008960606/8-VUSZ/DO1 z 22.10.2005 podľa § 105 ods. 6 v spojitosti s § 105 ods. 9 zákona č. 328/2002 Z.z. znížil žalobcovi výsluhový dôchodok s účinnosťou od 1.11.2005 na sumu XX XXX,- Sk mesačne. Aj proti tomuto rozhodnutiu podal žalobca odvolanie o ktorom rozhodol odvolací orgán rozhodnutím č. KaVSU-8-79/2006-OdSS zo dňa 3.5.2006 tak, že prvostupňové rozhodnutie VUSZ Bratislava zo dňa 22.10.2005 bolo potvrdené. Rozhodnutie zo dňa 3.5.2006 žalobca napadol žalobou na Krajskom súde v Bratislave, ktorý rozsudkom sp.zn. 1S/268/2006 z 3.10.2008 žalobu žalobcu zamietol a Najvyšší súd SR rozsudkom sp.zn. 4Sžso/58/2008 z 20.8.2009 rozsudok KS zmenil tak, že rozhodnutie žalovaného zo dňa 3.5.2006, ako aj rozhodnutie Vojenského úradu sociálneho zabezpečenia z 22.10.2005 zrušil a vec vrátil žalovanému na ďalšie konanie. VÚSZ Bratislava rozhodnutím č. 65208008960606/11-OVZ zo dňa 18.1.2010 podľa § 105 ods. 6 v spojitosti s § 105 ods. 9 zákona č. 328/2002 Z.z. znížil žalobcovi výsluhový dôchodok na sumu XXX eur mesačne, vrátane zvýšenia (valorizácie). Aj proti tomuto rozhodnutiu podal žalobca odvolanie o ktorom rozhodol žalovaný rozhodnutím č. KaVSU-5-20-2/2010 z 29.3.2010 tak, že prvostupňové rozhodnutie VUSZ Bratislava potvrdil. Aj proti tomuto rozhodnutiu z 29.3.2010 žalobca podal žalobu o preskúmanie zákonnosti rozhodnutia na Krajskom súde v Bratislave, ktorý rozsudkom č.k. 4S/205/2010-46 zo dňa 6.5.2011 žalobu žalobcu zamietol a Najvyšší súd SR na základe podaného odvolania rozsudkom sp.zn. 7Sžso/59/2011 zo dňa 31.7.2012, rozsudok KS v Bratislave zo 6.5.2011, č.k. 4S/205/2010-46 v napadnutej časti zmenil tak, že rozhodnutie žalovaného z 29.3.2010 č.KaVSU-5-20-2/2010 zrušil a vec mu vrátil na ďalšie konanie. V odôvodnení rozsudku uviedol, že predmetom konania bolo preskúmanie zákonnosti rozhodnutia žalovaného, ktorým potvrdil rozhodnutie VÚSZ Bratislava o znížení výsluhového dôchodku žalobcu od 1.11.2005. Uviedol, že z ustanovenia § 55 ods. 2 zákona č. 380/1997 Z.z. o peňažných náležitostiach vojakov vyplýva, že služobný príjem profesionálnemu vojakovi patrí v kalendárnom mesiaci za dni, počas ktorých vykonával službu a taktiež za dni, počas ktorých čerpal riadnu dovolenku, osobitnú dovolenku, náhradné voľno, prípadne absolvoval preventívnu rehabilitáciu. Služobný príjem naopak nepatrí za čas neschopnosti na výkon služby. Služobný príjem nepatrí za dobu neschopnosti na výkon služby (práceneschopnosti). Žalobcovi napadnutým rozhodnutím v roku 2003 bola z celkovej doby 365 dní odpočítaná doba 16 dní počas ktorých nebol schopný na výkon služby. Keďže k vyčerpaniu riadnej dovolenky v rozsahu 9 dní v prípade žalobcu nedošlo, nie je možné uvedených 9 dní započítať do deliteľa ,ako keby išlo o dni rovnocenné výkonu služby podľa § 55 ods. 2 vety druhej zákona o peňažných náležitostiach vojakov. Ustanovenie § 60 ods. 5 písm. a) zákona č. 323/2002 Z.z. je preto potrebné vykladať tak v danom prípade, že pre zistenie základu na výpočet výsluhového dôchodku mal žalovaný celkový služobný príjem (vrátane služobného príjmu za nevyčerpanú riadnu dovolenku) vydeliť len počtom 349 dní (365-16). Vojenský úrad sociálneho zabezpečenia rozhodnutím č. VUSZ-65208008960606-17/2013-OVZ zo dňa 23.1.2013 uvoľnil podľa ustanovenia § 105 ods. 4 písm. b) zákona č. 328/2002 Z.z. výplatu výsluhového dôchodku od 1.11.2005 v sume XX XXX,- Sk mesačne s odôvodnením, že ku dňu 23.1.2013 je právoplatné rozhodnutie Vojenského úradu sociálneho zabezpečenia č. 65208008960606/5-VUSZ/ DO1, ktorým bol žalobcovi výsluhový dôchodok zvýšený od 1.7.2004 zo sumy XX XXX,- Sk mesačne na sumu XX XXX,- Sk mesačne (po prepočte XXXX,XX eur mesačne). Vojenský úrad sociálneho zabezpečenia rozhodnutím č. VUSZ-65208008960606-18/2013-OVZ zo dňa 23.1.2013 žalobcovi znížil podľa ustanovenia § 123 ods. 2 písm. a) a § 39, v spojitosti s § 105 ods. 7 a 10 zákona č. 328/2002 Z.z. výsluhový dôchodok od 1.2.2013 na sumu 1626,27 eur mesačne. Rozhodnutie bolo odôvodnené tým, že v zmysle právneho názoru vysloveného v rozsudku Najvyššieho súdu SR sp.zn. 7Sžso/59/2011 zo dňa 13.7.2012, keďže k vyčerpaniu riadnej dovolenky v rozsahu 9 dní u žalobcu nedošlo, nie je možné uvedené dni započítať do deliteľa vzorca pre výpočet základu podľa ustanovenia § 60 ods. 5 písm. a) zákona č. 328/2002 Z.z.. Podľa rozsudku Najvyššieho súdu SR pre výpočet základu musí byť použitý služobný príjem v roku 2003 v sume XXX XXX,- Sk, t.j. XXX XXX,- Sk riadny služobný príjem a XX XXX,- Sk príjem za nevyčerpanú riadnu dovolenku a počet kalendárnych dní, za ktorý tento príjem patril, t.j. 349 dní kalendárneho roka 2003 bez 9 dní nevyčerpanej riadnej dovolenky. Žalovaný zistil, že priemerný príjem bol v príjmovo najlepšom ukončenom kalendárnom roku v období posledných 10 ukončených kalendárnych rokov pred dňom skončenia služobného pomeru v roku 2003 v sume XXX XXX,- Sk a bol vyplatený v tomto rozhodujúcom kalendárnom roku celkom za 349 dní. Služobný príjem zodpovedajúci počtu 9 dní nevyčerpanej riadnej dovolenky z nároku roku 2003 bol zúčtovaný v roku 2003 v sume XX XXX,- Sk a musí byť zahrnutý do vymeriavacieho základu na určenie poistného na nemocenské zabezpečenie, výsluhové zabezpečenie v mesiaci december 2003. Priemerný služobný príjem je súhrnom mesačných príjmov a osobitných príplatkov, ktoré patrili za príslušný kalendárny rok a vydelí sa celkovým počtom dní, za ktoré boli uvedené príjmy v rozhodujúcom kalendárnom roku vyplatené. Pre výpočet základu podľa § 60 ods. 5 písm. a) zákona č. 328/2002 Z.z. bol použitý vymeriavací základ XXX XXX,- Sk za 349 dní doby poistenia. IV. Podľa § 123 ods. 2 písm. a) zákona č. 328/2002 Z.z., profesionálnym vojakom, ktorí boli alebo budú prepustení zo služobného pomeru v dôsledku zníženia početných stavov ozbrojených síl alebo v dôsledku organizačných zmien61) najskôr dňom 31. decembra 2001 a najneskôr dňom 31. decembra 2010 a ktorí vykonali najmenej pätnásť rokov služby, patrí odo dňa účinnosti tohto zákona výsluhový dôchodok podľa § 39, pričom pre nárok na tento dôchodok a jeho výšku sa započíta skutočná dĺžka služobného pomeru zvýšená o polovicu doby chýbajúcej do dosiahnutia tridsiatich rokov služby; ak im nárok na výsluhový dôchodok vznikol podľa doterajších predpisov, prepočíta sa podľa tohto ustanovenia. Podľa § 39 zákona č. 328/2002 Z.z., výsluhový dôchodok policajta alebo profesionálneho vojaka je za 15 rokov trvania služobného pomeru 30 % základu zisteného podľa § 60. Za 16. skončený rok trvania služobného pomeru a za každý ďalší skončený rok trvania služobného pomeru až do 20. skončeného roka trvania služobného pomeru vrátane sa výmera výsluhového dôchodku zvyšuje o 2 % základu zisteného podľa § 60. Za 21. skončený rok trvania služobného pomeru a za každý ďalší skončený rok trvania služobného pomeru až do 25. skončeného roka trvania služobného pomeru vrátane sa výmera výsluhového dôchodku zvyšuje o 3 % základu zisteného podľa § 60. Za 26. skončený rok trvania služobného pomeru a každý ďalší skončený rok trvania služobného pomeru sa výmera výsluhového dôchodku zvyšuje o 1 % základu zisteného podľa § 60, najviac však do 60 % základu zisteného podľa § 60. Podľa § 60 ods. 5 písm. a) zákona č. 328/2002 Z.z., priemerný služobný príjem profesionálneho vojaka, ktorý je odmeňovaný podľa osobitného predpisu, je priemer súhrnu mesačných služobných príjmov a osobitných príplatkov, ktoré patrili profesionálnemu vojakovi za príslušný kalendárny rok, a je rovnaký ako vymeriavací základ na určenie poistného na nemocenské zabezpečenie a výsluhové zabezpečenie (§ 98). Podľa § 58 ods. 5 zákona č. 328/2002 Z.z., rok trvania služobného pomeru na účely tohto zákona je 365 dní. Podľa § 55 ods. 2 zákona č. 380/1997 Z.z. o peňažných náležitostiach vojakov, ak profesionálny vojak nevykonával službu celý kalendárny mesiac, patrí mu pomerná časť služobného príjmu za každý kalendárny deň, keď vykonával službu. Čas riadnej dovolenky, osobitnej dovolenky, krátkej dovolenky, náhradného voľna a preventívnej rehabilitácie /28/ sa na účely výplaty služobného príjmu považuje za výkon služby. Podľa § 105 ods. 7 zákona č. 328/2002 Z.z. dávka výsluhového zabezpečenia sa zníži, ak sa zistí, že sa táto dávka priznala vo vyššej sume, ako patrí. Podľa § 105 ods. 10 zákona č. 328/2002 Z.z. dávka výsluhového zabezpečenia sa odníme alebo zníži, alebo jej výplata zastaví odo dňa nasledujúceho po dni, ktorým uplynulo obdobie, za ktoré sa vyplatila. V preskúmavanej veci je nesporné, že žalobcovi bol priznaný výsluhový dôchodok rozhodnutím VÚSZ Bratislava č. 65208008960606/2-VUSZ/DO1 zo dňa 16.2.2004 od 1.1.2004 vo výške XX XXX,- Sk mesačne. Pri výpočte tohto výsluhového dôchodku vychádzal VÚSZ Bratislava z príjmovo najlepšieho ukončeného kalendárneho roku 2003, v ktorom žalobca dosiahol služobný príjem XXX XXX,- Sk za 349 dní a zo služobného príjmu XX XXX,- Sk za 9 dní nevyčerpanej dovolenky patriacej za rok 2003. Základ na výpočet výsluhového dôchodku žalobcu bol vypočítaný tak, že dosiahnutý služobný príjem XXX XXX,- Sk za 349 dní sa vydelil počtom dní za ktorý bol dosiahnutý + služobný príjem XX XXX,- Sk za 9 dní nevyčerpanej dovolenky patriacej za rok 2003 sa vydelil počtom 64,41 /toto číslo bolo vypočítané tak, že počet dní v kalendárnom roku 365 sa vydelil počtom dní dovolenky, na ktorú mal žalobca za rok nárok (51 dní) a vynásobil sa počtom 9 dní nevyčerpanej dovolenky, teda 365:51x9= 64,41) a to všetko sa vynásobilo sumou 30,417. Teda (XXX XXX : XXX)+ (XXXXX:XX,XX)x XX,XXX= XXXX,XX+XXX,XXx XX,XXX= XX XXX,XX./ Z takto vypočítaného základu bol žalobcovi priznaný výsluhový dôchodok v sume XX XXX,- Sk mesačne (XX XXX,XX x XX% = XX XXX). Po zistení, že VÚSZ nesprávne vypočítal základu na výpočet výsluhového dôchodku žalobcu VÚSZ viacerými rozhodnutiami žalobcovi znižoval výsluhový dôchodok, ktoré rozhodnutia boli opakované zrušené. Naposledy v žalobcovej veci rozhodol Najvyšší súd Slovenskej republiky rozsudkom sp. zn. 7Sžso/59/2011 zo dňa 31.7.2012, v ktorom vyslovil právny názor, že k vyčerpaniu riadnej dovolenky v rozsahu 9 dní u žalobcu nedošlo, nie je preto možné uvedených 9 dní započítať do deliteľa, ako keby išlo o dni rovnocenné výkonu služby podľa § 55 ods. 2 vety druhej zákona o peňažných náležitostiach vojakov. Ustanovenie § 60 ods. 5 písm. a) zákona č. 323/2002 Z.z. je preto potrebné vykladať v danom prípade tak, že pre zistenie základu na výpočet výsluhového dôchodku mal žalovaný celkový služobný príjem (vrátane služobného príjmu za nevyčerpanú riadnu dovolenku) vydeliť len počtom 349 dní (365-16). Žalobca v roku 2003 nebol schopný na výkon služby 16 dní. Vojenský úrad sociálneho zabezpečenia viazaný právnym názorom Najvyššieho súdu SR vysloveného v rozsudku Najvyššieho súdu SR sp.zn. 7Sžso/59/2011 zo dňa 13.7.2012, znížil žalobcovi výsluhový dôchodok od 1.2.2013 na sumu XXXX,XX eur mesačne rozhodnutím č. VUSZ-65208008960606-18/2013-OVZ zo dňa 23.1.2013. Medzi účastníkmi nebolo sporné, že do súhrnu príjmov má byť započítaný aj služobný príjem za nevyčerpanú riadnu dovolenku, ktorý žalobcovi patril v sume XX XXX,- Sk, a že tento príjem patril za nevyčerpaných 9 dní riadnej dovolenky. Medzi účastníkmi konania bol sporný výklad ustanovenia § 60 ods. 5 písm. a) zákona č. 328/2002 Z.z. vo vzťahu k tomu, akým počtom dní má byť vydelený súhrn mesačných služobných príjmov a osobitných príplatkov (ďalej len súhrn príjmov), ktoré patrili profesionálnemu vojakovi za príslušný kalendárny rok. Pri určení výšky výsluhového dôchodku v zmysle právneho názoru Najvyššieho súdu SR správny orgán v prvostupňovom napadnutom rozhodnutí vychádzal z priemerného príjmu, v príjmovo najlepšom ukončenom kalendárnom roku v období posledných 10 ukončených kalendárnych rokov pred dňom skončenia služobného pomeru v roku 2003 v sume XXX XXX,- Sk, ktorý bol vyplatený v tomto rozhodujúcom kalendárnom roku 2003 celkom za 349 dní. Služobný príjem zodpovedajúci počtu 9 dní nevyčerpanej riadnej dovolenky z nároku roku 2003 bol zúčtovaný v roku 2003 v sume XX XXX,- Sk a správny orgán ho zahrnul do vymeriavacieho základu na určenie poistného na nemocenské zabezpečenie, výsluhové zabezpečenie v mesiaci december 2003. Správny orgán priemerný služobný príjem určil ako súhrn mesačných príjmov a osobitných príplatkov, ktoré patrili za príslušný kalendárny rok a vydelil ho celkovým počtom dní, za ktoré boli uvedené príjmy v rozhodujúcom kalendárnom roku vyplatené. Pre výpočet základu použil služobný príjem v roku 2003 v sume XXX XXX,- Sk, t.j. XXX XXX,- Sk riadny služobný príjem a XX XXX,- Sk príjem za nevyčerpanú riadnu dovolenku a počet kalendárnych dní, za ktorý tento príjem patril, t.j. 349 dní kalendárneho roka 2003 bez 9 dní nevyčerpanej riadnej dovolenky. 349 dní preto, lebo žalobca v roku 2003 nebol schopný na výkon služby 16 dní, teda od počtu 365 je potrebné odpočítať 16 dní, kedy žalobca nebol schopný na výkon služby. Pre výpočet základu podľa § 60 ods. 5 písm. a) zákona č. 328/2002 Z.z. správny orgán správne a v súlade s právnym názorom Najvyššieho súdu SR vysloveného v rozsudku Najvyššieho súdu SR sp.zn. 7Sžso/59/2011 zo dňa 13.7.2012 použil vymeriavací základ XXX XXX,- Sk za 349 dní doby poistenia. Podľa názoru súdu, keďže k vyčerpaniu riadnej dovolenky žalobcom v rozsahu 9 dní nedošlo, nie je možné uvedené dni započítať do deliteľa vzorca pre výpočet základu podľa ustanovenia § 60 ods. 5 písm. a) zákona č. 328/2002 Z.z., ako keby išlo o dni rovnocenné výkonu služby podľa § 55 ods. 2 vety druhej zákona o peňažných náležitostiach vojakov. Správny orgán ustanovenie § 60 ods. 5 písm. a) zákona č. 323/2002 Z.z. v danom prípade správne v danej veci aplikoval tak, že pre zistenie základu na výpočet výsluhového dôchodku celkový služobný príjem (vrátane služobného príjmu za nevyčerpanú riadnu dovolenku) vydelil len počtom 349 dní (365-16). Krajský súd v Bratislave vzhľadom na uvedené dospel k záveru, že námietky žalobcu uvedené v žalobe neodôvodňujú zrušenie napadnutého rozhodnutia. Postup žalovaného, ako aj preskúmavané rozhodnutie bolo v súlade so zákonom, a preto súd žalobu podľa ust. § 250j ods. 1 OSP zamietol. O trovách konania bolo rozhodnuté podľa ust. § 250k ods. 1 OSP tak, že v konaní neúspešnému žalobcovi súd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https://www.kauzis.sk/judikatura/r/ECLI:SK:KSBA:2014:1013201245.1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