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9Sp/39/2013 z 22. 6. 2014</w:t>
      </w:r>
    </w:p>
    <w:p>
      <w:r>
        <w:t>Uznesenie Krajského súdu Bratislava z 22. júna 2014, sp. zn. 9Sp/39/2013, ECLI:SK:KSBA:2014:1013201270.2</w:t>
      </w:r>
    </w:p>
    <w:p>
      <w:r>
        <w:t>Súd: Krajský súd Bratislava</w:t>
      </w:r>
    </w:p>
    <w:p>
      <w:r>
        <w:t>Spisová značka: 9Sp/39/2013</w:t>
      </w:r>
    </w:p>
    <w:p>
      <w:r>
        <w:t>ECLI: ECLI:SK:KSBA:2014:1013201270.2</w:t>
      </w:r>
    </w:p>
    <w:p>
      <w:r>
        <w:t>Dátum vydania: 22.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9Sp/39/2013 Identifikačné číslo súdneho spisu: 1013201270 Dátum vydania rozhodnutia: 23. 06. 2014 Meno a priezvisko sudcu, VSÚ: JUDr Janka Richterová ECLI: ECLI:SK:KSBA:2014:1013201270.2 Uznesenie Krajský súd v Bratislave, v právnej veci navrhovateľa: X/. A. J. S., Š..H.., Z..W.. Š., J. J. Š. J., H. S. Č.. XXXX, zastúpeného AK Majling &amp; Ninčák, s.r.o., so sídlom v Bratislave, Ul. Palárikova č. 14 a X/ J. H. M., J. J. R. T., K.. T. Č.. XX, za účasti: H. H., F.. XX.X.XXXX, T. D. Č.. XX, proti odporcovi: Okresný úrad Malacky - pozemkový a lesný odbor, so sídlom Malacky, Záhorácka 2942/60A, o priznanie nároku na bytovú náhradu, takto r o z h o d o l : Súd konanie z a s t a v u j e . Žiaden z účastníkov nemá právo na náhradu trov konania. o d ô v o d n e n i e : Navrhovatelia sa domáhali preskúmania zákonnosti rozhodnutia odporcu zo dňa 24. apríla 2013, sp. zn. Z. XXXX/XXX/XXX-XX/XX/DBO, ktorým bolo H. H. podľa § 5 ods. 2 zák. č. 503/2003 Z.z. priznané právo na náhradu za nehnuteľnosti, pôvodne vedené v pkn. vložke č.XXX v kat. úz. Jakubov. Navrhovateľ 1/ zobral svoj návrh celkom späť. Navrhovateľ 2/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a žiaden z účastníkov ich náhradu neuplatňoval.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https://www.kauzis.sk/judikatura/r/ECLI:SK:KSBA:2014:1013201270.2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