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1S/172/2013 z 10. 12. 2014</w:t>
      </w:r>
    </w:p>
    <w:p>
      <w:r>
        <w:t>Uznesenie Krajského súdu Bratislava z 10. decembra 2014, sp. zn. 1S/172/2013, ECLI:SK:KSBA:2014:1013201280.1</w:t>
      </w:r>
    </w:p>
    <w:p>
      <w:r>
        <w:t>Súd: Krajský súd Bratislava</w:t>
      </w:r>
    </w:p>
    <w:p>
      <w:r>
        <w:t>Spisová značka: 1S/172/2013</w:t>
      </w:r>
    </w:p>
    <w:p>
      <w:r>
        <w:t>ECLI: ECLI:SK:KSBA:2014:1013201280.1</w:t>
      </w:r>
    </w:p>
    <w:p>
      <w:r>
        <w:t>Dátum vydania: 10. 12. 2014</w:t>
      </w:r>
    </w:p>
    <w:p>
      <w:r>
        <w:t>Forma: Uznesenie</w:t>
      </w:r>
    </w:p>
    <w:p>
      <w:pPr>
        <w:pStyle w:val="Heading2"/>
      </w:pPr>
      <w:r>
        <w:t>Text rozhodnutia</w:t>
      </w:r>
    </w:p>
    <w:p>
      <w:r>
        <w:t>Súd: Krajský súd Bratislava Spisová značka: 1S/172/2013 Identifikačné číslo súdneho spisu: 1013201280 Dátum vydania rozhodnutia: 11. 12. 2014 Meno a priezvisko sudcu, VSÚ: JUDr. Monika Valašíková PhD. ECLI: ECLI:SK:KSBA:2014:1013201280.1 Uznesenie Krajský súd v Bratislave v právnej veci žalobcu: SYSOON spol. s.r.o., IČO: 36 664 979, Lubinska 18, 811 03 Bratislava, zastúpený advokátom: Mgr. Milan Kantuľák, Na pažiti 19, 831 01 Bratislava, proti žalovanému: Finančné riaditeľstvo Slovenskej republiky, Lazovná 63, 974 01 Banská Bystrica, o preskúmanie zákonnosti rozhodnutí žalovaného č. 1100305/1/208386/2013 zo dňa 29.04.2013, č. 1100305/1/208377/2013 zo dňa 29.4.2013, č. 1100305/1/208363/2013 zo dňa 29.04.2013, č. 1100305/1/208370/2013 zo dňa 29.04.2013, č. 1100305/1/208348/2013 zo dňa 29.04.2013, takto r o z h o d o l : Krajský súd v Bratislave konanie z a s t a v u j e . Žiaden z účastníkov nemá právo na náhradu trov konania. o d ô v o d n e n i e : Žalobou doručenou tunajšiemu súdu dňa 09.07.2013 sa žalobca domáhal preskúmania zákonnosti rozhodnutia žalovaného č. 1100305/1/208386/2013 zo dňa 29.04.2013, ktorým žalovaný zamietol odvolanie žalobcu a potvrdil prvostupňové rozhodnutie Daňového úradu Bratislava č. 9102404/5/213530/2013 zo dňa 17.01.2013, ktorým nepriznal žalobcovi ako daňovému subjektu nadmerný odpočet uplatnený v daňovom priznaní za zdaňovacie obdobie október 2010 v sume XX XXX,XX €, ďalej rozhodnutia žalovaného č. 1100305/1/208377/2013 zo dňa 29.04.2013, ktorým žalovaný zamietol odvolanie žalobcu a potvrdil prvostupňové rozhodnutie Daňového úradu Bratislava č. 9102404/5/213517/2013 zo dňa 17.01.2013, ktorým nepriznal žalobcovi ako daňovému subjektu nadmerný odpočet uplatnený v daňovom priznaní za zdaňovacie obdobie september 2010 v sume XX XXX,XX €, taktiež rozhodnutia žalovaného č. 1100305/1/208363/2013 zo dňa 29.04.2013, ktorým žalovaný zamietol odvolanie žalobcu a potvrdil prvostupňové rozhodnutie Daňového úradu Bratislava č. 9102404/5/213489/2013 zo dňa 17.01.2013, ktorým nepriznal žalobcovi ako daňovému subjektu nadmerný odpočet uplatnený v daňovom priznaní za zdaňovacie obdobie júl 2010 v sume XX XXX,XX €, rozhodnutia žalovaného č. 1100305/1/208370/2013 zo dňa 29.04.2013, ktorým žalovaný zamietol odvolanie žalobcu a potvrdil prvostupňové rozhodnutie Daňového úradu Bratislava č. 9102404/5/213504/2013 zo dňa 17.01.2013, ktorým nepriznal žalobcovi ako daňovému subjektu nadmerný odpočet uplatnený v daňovom priznaní za zdaňovacie obdobie august 2010 v sume XX XXX,XX € a rozhodnutia žalovaného č. 1100305/1/208348/2013 zo dňa 29.04.2013, ktorým žalovaný zamietol odvolanie žalobcu a potvrdil prvostupňové rozhodnutie Daňového úradu Bratislava č. 9102404/5/213463/2013 zo dňa 17.01.2013, ktorým nepriznal žalobcovi ako daňovému subjektu nadmerný odpočet uplatnený v daňovom priznaní za zdaňovacie obdobie jún 2010 v sume XX XXX,XX €. Žalobca žiadal o zrušenie všetkých rozhodnutí a vrátenia vecí žalovanému správnemu orgánu na ďalšie konanie. Výzvou zo dňa 13.10.2014 doručenou právnemu zástupcovi žalobcu dňa 27.10.2014 bol žalobca vyzvaný, aby v lehote 10 dní od doručenia výzvy pod následkom zastavenia konania zaplatil súdny poplatok vo výške 350 €.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odvolania alebo dovolania, súd vyzve poplatníka, aby poplatok zaplatil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70,- €, pričom žalobcom bolo podaných päť návrhov. Keďže žalobca súdny poplatok za žalobu ani na výzvu súdu nezaplatil,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https://www.kauzis.sk/judikatura/r/ECLI:SK:KSBA:2014:1013201280.1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