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5S/175/2013 z 5. 5. 2014</w:t>
      </w:r>
    </w:p>
    <w:p>
      <w:r>
        <w:t>Uznesenie Krajského súdu Bratislava z 5. mája 2014, sp. zn. 5S/175/2013, ECLI:SK:KSBA:2014:1013201294.2</w:t>
      </w:r>
    </w:p>
    <w:p>
      <w:r>
        <w:t>Súd: Krajský súd Bratislava</w:t>
      </w:r>
    </w:p>
    <w:p>
      <w:r>
        <w:t>Spisová značka: 5S/175/2013</w:t>
      </w:r>
    </w:p>
    <w:p>
      <w:r>
        <w:t>ECLI: ECLI:SK:KSBA:2014:1013201294.2</w:t>
      </w:r>
    </w:p>
    <w:p>
      <w:r>
        <w:t>Dátum vydania: 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5S/175/2013 Identifikačné číslo súdneho spisu: 1013201294 Dátum vydania rozhodnutia: 06. 05. 2014 Meno a priezvisko sudcu, VSÚ: JUDr. Viera Šebestová ECLI: ECLI:SK:KSBA:2014:1013201294.2 Uznesenie Krajský súd v Bratislave v právnej veci žalobcu: M., t.č. Pobytový tábor Rohovce, zastúpený: Mgr. Jarmila Vargová, advokátkou, Brečtanová 21, 931 01 Bratislava, proti žalovanému: Ministerstvo vnútra SR, Pribinova 2, 812 72 Bratislava, o preskúmanie zákonnosti rozhodnutia žalovaného č. SLV-OLVS-33/2013 zo dňa 24.04.2013 a o návrhu na odklad vykonateľnosti, takto r o z h o d o l : Krajský súd v Bratislave o d k l a d á vykonateľnosť rozhodnutia žalovaného ČAS: MU-825-18/PO- Ž-2012 zo dňa 29.01.2013 do právoplatného skončenia konania vedeného pod sp. zn. 5S/145/2013. o d ô v o d n e n i e : Žalobca sa žalobou doručenou súdu dňa 10.07.2013 domáhal, aby súd preskúmal zákonnosť rozhodnutia žalovaného č. SLV-OLVS-33/2013 zo dňa 24.04.2013 a rozhodnutie Migračného úradu ČAS: MU-825-18/PO-Ž-2012 zo dňa 29.01.2012, ktorým na základe § 19 ods. 1 písm. i/ zák. č. 420/2002 Z.z. zastavil konanie o udelenie azylu. Žalobca zároveň s podaním žaloby žiadal, aby súd odložil vykonateľnosť rozhodnutia Migračného úradu MV SR zo dňa 29.01.2013, nakoľko zastavenie konania je rozhodnutím v azylovom konaní, ktorým sa končí azylové konanie a podanie opravného prostriedku, ako aj podanie tejto žaloby nemá odkladný účinok na vykonateľnosť rozhodnutia a okamžitým výkonom napadnutého rozhodnutia by hrozila žalobcovi vážna ujma.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https://www.kauzis.sk/judikatura/r/ECLI:SK:KSBA:2014:1013201294.2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