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8Sd/99/2013 z 27. 10. 2014</w:t>
      </w:r>
    </w:p>
    <w:p>
      <w:r>
        <w:t>Uznesenie Krajského súdu Bratislava z 27. októbra 2014, sp. zn. 8Sd/99/2013, ECLI:SK:KSBA:2014:1013201358.1</w:t>
      </w:r>
    </w:p>
    <w:p>
      <w:r>
        <w:t>Súd: Krajský súd Bratislava</w:t>
      </w:r>
    </w:p>
    <w:p>
      <w:r>
        <w:t>Spisová značka: 8Sd/99/2013</w:t>
      </w:r>
    </w:p>
    <w:p>
      <w:r>
        <w:t>ECLI: ECLI:SK:KSBA:2014:1013201358.1</w:t>
      </w:r>
    </w:p>
    <w:p>
      <w:r>
        <w:t>Dátum vydania: 27.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8Sd/99/2013 Identifikačné číslo súdneho spisu: 1013201358 Dátum vydania rozhodnutia: 28. 10. 2014 Meno a priezvisko sudcu, VSÚ: JUDr. Peter Pospech ECLI: ECLI:SK:KSBA:2014:1013201358.1 Uznesenie Krajský súd v Bratislave v právnej veci navrhovateľky: M. U., N. Č. XXXXXX/XXXX, U. R. XXXXX/XX, XXX XX U. - R. U.,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25.4.2013 žiadala preskúmať rozhodnutie odporkyne číslo XXX XXX XXXX zo dňa 25.3.2013, ktorým odporkyňa priznala od 1.1.2010 invalidný dôchodok v sume 81,60 eur mesačne. Dňa 28.10.2014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https://www.kauzis.sk/judikatura/r/ECLI:SK:KSBA:2014:1013201358.1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