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10Sd/81/2013 z 24. 4. 2014</w:t>
      </w:r>
    </w:p>
    <w:p>
      <w:r>
        <w:t>Rozsudok Krajského súdu Bratislava z 24. apríla 2014, sp. zn. 10Sd/81/2013, ECLI:SK:KSBA:2014:1013201388.3</w:t>
      </w:r>
    </w:p>
    <w:p>
      <w:r>
        <w:t>Súd: Krajský súd Bratislava</w:t>
      </w:r>
    </w:p>
    <w:p>
      <w:r>
        <w:t>Spisová značka: 10Sd/81/2013</w:t>
      </w:r>
    </w:p>
    <w:p>
      <w:r>
        <w:t>ECLI: ECLI:SK:KSBA:2014:1013201388.3</w:t>
      </w:r>
    </w:p>
    <w:p>
      <w:r>
        <w:t>Dátum vydania: 24. 4. 2014</w:t>
      </w:r>
    </w:p>
    <w:p>
      <w:r>
        <w:t>Forma: Rozsudok</w:t>
      </w:r>
    </w:p>
    <w:p>
      <w:r>
        <w:t>Oblasť práva: Správne právo</w:t>
      </w:r>
    </w:p>
    <w:p>
      <w:pPr>
        <w:pStyle w:val="Heading2"/>
      </w:pPr>
      <w:r>
        <w:t>Text rozhodnutia</w:t>
      </w:r>
    </w:p>
    <w:p>
      <w:r>
        <w:t>Súd: Krajský súd Bratislava Spisová značka: 10Sd/81/2013 Identifikačné číslo súdneho spisu: 1013201388 Dátum vydania rozhodnutia: 25. 04. 2014 Meno a priezvisko sudcu, VSÚ: JUDr Janka Richterová ECLI: ECLI:SK:KSBA:2014:1013201388.3 ROZSUDOK V MENE SLOVENSKEJ REPUBLIKY Krajský súd v Bratislave, sudca JUDr. Janka Richterová, v právnej veci navrhovateľa: Ľ. Š., Z.. X.X.XXXX, B. B., R.. E.D. Z. Č.. X, proti odporkyni: Sociálna poisťovňa- ústredie, Ul. 29. augusta č. 8-10, Bratislava, o invalidný dôchodok, o preskúmanie zákonnosti rozhodnutia odporkyne zo dňa 30. januára 2013, sp. zn. XXX XXX XXXX, takto r o z h o d o l : Súd rozhodnutie odporkyne zo dňa 30. januára 2013, sp.zn. XXX XXX XXXX, z r u š u j e podľa § 250j, ods. 2, písm. d/ O.s.p. a vec v r a c i a odporkyni na ďalšie konanie. Navrhovateľovi sa právo na náhradu trov konania n e p r i z n á v a. o d ô v o d n e n i e : Odporkyňa vyššie uvedeným rozhodnutím podľa § 70 ods. 1 a § 82 Zák. č. 461/2003 Z.z. o sociálnom poistení v platnom znení (ďalej len ZSP) priznala navrhovateľovi invalidný dôchodok od 18. júla 2012 vo výške 144,90 € mesačne, keď pokles schopnosti vykonávať zárobkovú činnosť predstavuje u navrhovateľa 50 % v porovnaní so zdravou fyzickou osobou. Proti uvedenému rozhodnutiu podal navrhovateľ včas opravný prostriedok. Domáhal sa jeho zrušenia a vrátenia veci odporkyni na ďalšie konanie, keď nesúhlasil s ustálenou mierou poklesu schopnosti vykonávať zárobkovú činnosť (ďalej len MPSVZČ). Zastával názor, že zdravotný stav mu neumožňuje pravidelný pracovný výkon. Odporkyňa navrhla napadnuté rozhodnutie ako vecne správne potvrdiť. Po opätovnom preskúmaní zdravotného stavu navrhovateľa posudkoví lekári zotrvali na MPSVZČ 50%. Krajský súd po zistení, že nie sú splnené zákonné podmienky pre odmietnutie opravného prostriedku navrhovateľa (§ 250p O.s.p.), preskúmal napadnuté rozhodnutie ako i konanie, ktoré jeho vydaniu predchádzalo (§ 250l v spojení s § 244, ods. 2. O.s.p.) a dospel k záveru, že opravný prostriedok bol podaný opodstatnene. Súd doplnil dokazovanie výsluchom navrhovateľa, z ktorého zistil, že navrhovateľ v r. 2010 prekonal akútny infarkt myokardu. V júli 2012 sa pre pretrvávajúce zdravotné ťažkosti podrobil operácii srdca. S ohľadom na kolísavý zdravotný stav musel zanechať začiatkom roka 2013 živnosť taxikára a jediným jeho príjmom je invalidný dôchodok. Bolesti ( tlak na hrudi, tŕpnutie končatín, celková ťažoba ) v poslednom období pociťuje i v pokoji.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(ďalej len ZSP) poistenec je invalidný, ak pre dlhodobo nepriaznivý zdravotný stav má pokles schopnosti vykonávať zárobkovú činnosť o viac ako 40% v porovnaní so zdravou fyzickou osobou. Podľa § 209 ods. 4 ZSP v odôvodnení rozhodnutia organizačná zložka Sociálnej poisťovne uvedie, ktoré skutočnosti boli podkladom pre rozhodnutie, akými úvahami bola vedená pri hodnotení dôkazov a pri použití právnych predpisov, na ktorých základe rozhodovala. Navrhovateľovi bola preskúmavaným rozhodnutím podľa posudku MUDr. Pavla Baumgartnera zo dňa 8. januára 2013 ( tvoriaceho jeho súčasť ) ustálená MPSVZČ v rozsahu 50% z percentuálneho rozpätia 40-50% podľa prílohy 4 ZSP kapitoly IX., oddiel A, položka 8, písm. b/ za stav po srdcovej operácii s poklesom výkonnosti pri stredne ťažkom zaťažení. Za ďalšie zdravotné postihnutia MPSVZČ nebola zvýšená v zmysle § 71 ods. 8 ZSP. V odbornom lekárskom posudku MUDr. Daniely Kollárikovej zo dňa 23.7.2013 je za rozhodujúce zdravotné postihnutie označená chronická ischemická choroba srdca, angina pectoris III ( CCS ), kardiopulmonálne kompenzovaná, stav po opakovanom implantovaní stentu, s poklesom výkonnosti organizmu pri stredne ťažkom zaťažení. MPSVZČ bola priznaná v rovnakom rozsahu 50 % zhodne s posudkom MUDr. Baumgartnera podľa kapitoly IX, oddiel A, položka 8, písm. b/. Po doplnení dokazovania posudková lekárka MUDr. Mária Berská v správe z 24.2. 2014 sa stotožnila s priznanou MPSVZČ 50 %, keď zhodne s posudkom MUDr. Baumgartnera považovala za rozhodujúce zdravotné postihnutie stav po srdcových operáciách. 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Miera poklesu schopnosti vykonávať zárobkovú činnosť bola ustálená na 50% podľa kapitoly IX., oddiel A, položka 8, písm. b/ za stav po srdcovej operácii s poklesom výkonnosti pri stredne ťažkom zaťažení. Z posudku posudkového lekára MUDr. Pavla Baumgartnera nemožno vyvodiť žiaden dôvod, prečo sa MPSVZČ ustálila podľa položky 8 písm. b/ pri percentuálnom rozpätí 40-50 %, hoci z prepúšťacej správy NÚSCH a.s. Bratislava zo dňa 19.7. 2012 vyplýva, že navrhovateľ trpí ischemickou chorobou srdca, anginou pectoris, funkčné štádium CCS III. Angine pectoris tohto funkčného štádia prináleží podľa položky 4 písm. c/ vyššie percentuálne rozpätie : 60-80 %. Za daného stavu je preto nezrozumiteľné, prečo posudkový lekár, ktorý priznal invaliditu práve od hospitalizácie v tomto zariadení, nevychádzal zo zdravotného postihnutia navrhovateľa angina pectoris v treťom funkčnom štádiu a percentuálny pokles u navrhovateľa neposudzoval podľa kapitoly IX, oddiel A, položky 4, písm. c/. Podobne z posudkov MUDr. Kollárikovej a MUDr. Berskej nie je zrejmé, prečo nevychádzali z diagnostického záveru v predmetnej prepúšťacej správe. Súd posúdenie zdravotného stavu navrhovateľa preto nemohol považovať za objektívne, vykonané v súlade so zákonom. Napadnuté rozhodnutie ako nezrozumiteľné zrušil a vec vrátil odporkyni na ďalšie konanie v zmysle § 250j, ods. 2, písm. d/ O.s.p. Úlohou odporkyne v ďalšom konaní bude opätovne posúdiť zdravotné postihnutie navrhovateľa pri zohľadnení funkčného štádia anginy pectoris v zmysle prepúšťacej správy z hospitalizácie v NÚSCH v júli 2012. O trovách konania súd rozhodol podľa § 250k ods. 1 v spojení s § 250l ods. 2O.s.p. tak, že úspešnému navrhovateľovi ich náhradu nepriznal, keďže ich náhradu neuplatnil. Poučenie: Proti tomuto rozsudku odvolanie nie je prípustné. Proti výroku o trovách konania možno podať odvolanie do 15 dní od doručenia písomného vyhotovenia rozsudku, prostredníctvom procesného súdu na Najvyšší súd Slovenskej republiky v Bratislave, v dvoch písomných vyhotoveniach.</w:t>
      </w:r>
    </w:p>
    <w:p/>
    <w:p>
      <w:r>
        <w:t>Zdroj: KAUZIS.SK – https://www.kauzis.sk/judikatura/r/ECLI:SK:KSBA:2014:1013201388.3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