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6S/186/2013 z 4. 12. 2014</w:t>
      </w:r>
    </w:p>
    <w:p>
      <w:r>
        <w:t>Uznesenie Krajského súdu Bratislava z 4. decembra 2014, sp. zn. 6S/186/2013, ECLI:SK:KSBA:2014:1013201389.2</w:t>
      </w:r>
    </w:p>
    <w:p>
      <w:r>
        <w:t>Súd: Krajský súd Bratislava</w:t>
      </w:r>
    </w:p>
    <w:p>
      <w:r>
        <w:t>Spisová značka: 6S/186/2013</w:t>
      </w:r>
    </w:p>
    <w:p>
      <w:r>
        <w:t>ECLI: ECLI:SK:KSBA:2014:1013201389.2</w:t>
      </w:r>
    </w:p>
    <w:p>
      <w:r>
        <w:t>Dátum vydania: 4.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6S/186/2013 Identifikačné číslo súdneho spisu: 1013201389 Dátum vydania rozhodnutia: 05. 12. 2014 Meno a priezvisko sudcu, VSÚ: JUDr. Soňa Langová ECLI: ECLI:SK:KSBA:2014:1013201389.2 Uznesenie Krajský súd v Bratislave v právnej veci žalobkyne: Q. Z., nar. XX.X.XXXX, Š. Č.. XXX/XX, W. proti žalovanému: Okresný úrad Bratislava, Odbor opravných prostriedkov, Staromestská 6, Bratislava, o preskúmanie zákonnosti rozhodnutia žalovaného č.SVS-OP1-2013/012920/TMM zo dňa 23.5.2013 takto r o z h o d o l : Súd konanie v časti o preskúmanie zákonnosti rozhodnutia žalovaného, č.SVS-OP1-2013/012920/TMM zo dňa 23.5.2013 z a s t a v u j e . Žiaden z účastníkov nemá právo na náhradu trov konania. o d ô v o d n e n i e : Žalobou doručenou tunajšiemu súdu dňa 25.7.2013 sa žalobkyňa domáhala preskúmania rozhodnutí žalovaného č. č.SVS-OP1-2013/012920/TMM zo dňa 23.5.2013 a ochrany pred diskrimináciou. Z obsahu podanej žaloby vyplýva, že žalobkyňa sa v časti domáhala postupu podľa ustanovení druhej hlavy piatej časti O.s.p., upravujúcej rozhodovanie o žalobách proti rozhodnutiam a postupom správnych orgánov. V časti o ochrane pred diskrimináciou súd konanie vylúčil na samostatné konanie a postúpil vec na konanie Okresnému súdu Bratislava II. Podľa ust. § 1 ods. 1 zák. č. 71/1992 Zb. o súdnych poplatkoch v znení neskorších predpisov (ďalej len „ZoSP“),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ust. § 5 ods. 1 písm. a/ ZoSP, poplatková povinnosť vzniká podaním návrhu, odvolania a dovolania alebo žiadosti na vykonanie poplatkového úkonu, ak je poplatníkom navrhovateľ, odvolateľ a dovolateľ. Podľa ust. § 8 ods. 1 ZoSP v znení platnom ku dňu podania žaloby, poplatok za podanie návrhu alebo žiadosti a poplatok za konanie o dedičstve je splatný vznikom poplatkovej povinnosti. Podľa ust. § 10 ods. 1 ZoSP v rovnakom znení,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položky 10 písm. a/ sadzobníka súdnych poplatkov v znení platnom v čase podania žaloby, súdny poplatok z návrhu na preskúmanie zákonnosti rozhodnutia správneho orgánu bol v sume 70 eúr. Žalobkyňa poplatkovú povinnosť spolu so žalobou nesplnila, súd ju preto výzvou zo dňa 22.10.2014 vyzval na zaplatenie súdneho poplatku v súlade s ust. § 10 ods. 1 ZoSP v lehote 10 dní a zároveň ju poučil i o dôsledkoch nezaplatenia súdneho poplatku. Žalobkyni bola výzva súdu na zaplatenie súdneho poplatku za žalobu doručená dňa 30.10.2014, avšak v stanovenej lehote na túto výzvu nereagovala. Keďže žalobkyňa súdny poplatok za žalobu na výzvu súdu nezaplatila, súd podľa ust. § 10 ods. 1 ZoSP konanie pre nezaplatenie súdneho poplatku, zastavil. O trovách konania súd rozhodol podľa ust. § 146 ods. 1 písm. c/ v spojení s ust. § 246c O.s.p. tak, že žiadnemu z účastníkov nepriznal náhradu trov konania, pretože pre iný postup nebol dôvod. Toto rozhodnutie senát Krajského súdu v Bratislave prijal pomerom hlasov 3 : 0 (§ 3 ods. 9 zákona č. 757/2004 Z.z. v znení zákona č. 33/2011 Z.z.). Poučenie: Proti tomuto uzneseniu možno podať odvolanie do 15 dní odo dňa doručenia uznesenia, na Krajskom súde v Bratislave. V odvolaní sa má popri všeobecných náležitostiach (§ 42 ods. 3 O.s.p.)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https://www.kauzis.sk/judikatura/r/ECLI:SK:KSBA:2014:1013201389.2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