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1S/186/2013 z 14. 4. 2014</w:t>
      </w:r>
    </w:p>
    <w:p>
      <w:r>
        <w:t>Uznesenie Krajského súdu Bratislava z 14. apríla 2014, sp. zn. 1S/186/2013, ECLI:SK:KSBA:2014:1013201401.1</w:t>
      </w:r>
    </w:p>
    <w:p>
      <w:r>
        <w:t>Súd: Krajský súd Bratislava</w:t>
      </w:r>
    </w:p>
    <w:p>
      <w:r>
        <w:t>Spisová značka: 1S/186/2013</w:t>
      </w:r>
    </w:p>
    <w:p>
      <w:r>
        <w:t>ECLI: ECLI:SK:KSBA:2014:1013201401.1</w:t>
      </w:r>
    </w:p>
    <w:p>
      <w:r>
        <w:t>Dátum vydania: 14.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1S/186/2013 Identifikačné číslo súdneho spisu: 1013201401 Dátum vydania rozhodnutia: 15. 04. 2014 Meno a priezvisko sudcu, VSÚ: JUDr. Monika Valašíková PhD. ECLI: ECLI:SK:KSBA:2014:1013201401.1 Uznesenie Krajský súd v Bratislave v právnej veci žalobcu: JUDr. Martin Jánský, Štúrova 13, 949 01 Nitra, proti žalovanému: Centrum právnej pomoci v Bratislave, Právny odbor, Námestie slobody 12, 810 05 Bratislava 15, o preskúmanie zákonnosti rozhodnutia sp. zn. 1278/2013, ev. č. 22338/2013, takto r o z h o d o l : Krajský súd v Bratislave p o s t u p u j e vec Krajskému súdu v Nitre. o d ô v o d n e n i e : Žalobou doručenou tunajšiemu súdu dňa 29.07.2013 sa žalobca domáha preskúmania rozhodnutia žalovaného,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sídlo v Nitre, a preto jeho všeobecným súdom je súd určený podľa § 85 ods. 1 O.s.p., ktorý je v obvode Krajského súdu v Nitre. Podľa § 250d ods. 2 O.s.p. ak predseda senátu zistí, že súd nie je vecne alebo miestne príslušný, postúpi vec uznesením príslušnému súdu. V uvedenej veci bolo zistené, že všeobecným súdom žalobcu je súd, ktorý je v obvode Krajského súdu v Nitre a keďže ide o preskúmanie rozhodnutia žalovaného - orgánu s pôsobnosťou pre celé územie Slovenskej republiky, miestne príslušným je Krajský súd v Nitre,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https://www.kauzis.sk/judikatura/r/ECLI:SK:KSBA:2014:1013201401.1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