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9Sp/58/2013 z 4. 2. 2014</w:t>
      </w:r>
    </w:p>
    <w:p>
      <w:r>
        <w:t>Uznesenie Krajského súdu Bratislava z 4. februára 2014, sp. zn. 9Sp/58/2013, ECLI:SK:KSBA:2014:1013201406.1</w:t>
      </w:r>
    </w:p>
    <w:p>
      <w:r>
        <w:t>Súd: Krajský súd Bratislava</w:t>
      </w:r>
    </w:p>
    <w:p>
      <w:r>
        <w:t>Spisová značka: 9Sp/58/2013</w:t>
      </w:r>
    </w:p>
    <w:p>
      <w:r>
        <w:t>ECLI: ECLI:SK:KSBA:2014:1013201406.1</w:t>
      </w:r>
    </w:p>
    <w:p>
      <w:r>
        <w:t>Dátum vydania: 4.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9Sp/58/2013 Identifikačné číslo súdneho spisu: 1013201406 Dátum vydania rozhodnutia: 05. 02. 2014 Meno a priezvisko sudcu, VSÚ: JUDr Janka Richterová ECLI: ECLI:SK:KSBA:2014:1013201406.1 Uznesenie Krajský súd v Bratislave, v právnej veci navrhovateľa: H.. O.. V. Ď., K.. XX.X.XXXX, O. O., T.. Z. Č.. XX, proti odporcovi: Centrum právnej pomoci, Kancelária Bratislava, so sídlom v Bratislave, Nám. Slobody č. 12, o priznanie nároku na poskytovanie právnej pomoci, takto r o z h o d o l : Súd konanie z a s t a v u j e . Žiaden z účastníkov nemá právo na náhradu trov konania. o d ô v o d n e n i e : Navrhovateľ sa domáhal preskúmania zákonnosti rozhodnutia odporcu zo dňa 9. júla 2013, sp. zn. 5832/2013, ktorým mu nebol priznaný nárok na poskytovanie právnej pomoci v dovolacom konaní proti rozsudku Najvyššieho súdu SR zo dňa 29.4.2013, sp. zn. 3 Obo 57/2011. Navrhovateľ podal proti tomuto rozhodnutiu včas opravný prostriedok, v ktorom sa domáhal jeho zrušenia a vrátenia veci na ďalšie konanie z dôvodu nedostatočne zisteného skutkového stavu veci a pre jeho nepreskúmateľnosť. Odporkyňa rozhodnutím zo dňa 19. novembra 2013, sp.zn. 5832/2013, preskúmavané rozhodnutie zrušila a navrhovateľovi priznala nárok na poskytovanie právnej pomoci vo vyššie uvedenom dovolacom konaní. Podľa § 250o O.s.p. ak správny orgán, ktorého rozhodnutie súd preskúmava, vydá nové rozhodnutie, ktorým návrhu celkom vyhovie, súd uznesením konanie zastaví. Keďže odporkyňa rozhodnutím o priznaní nároku na poskytovanie právnej pomoci pre požadované dovolacie konanie nepochybne celkom vyhovela opravnému prostriedku navrhovateľa, súd podľa § 250o O.s.p. konanie zastavil.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https://www.kauzis.sk/judikatura/r/ECLI:SK:KSBA:2014:1013201406.1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