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1S/187/2013 z 12. 2. 2014</w:t>
      </w:r>
    </w:p>
    <w:p>
      <w:r>
        <w:t>Uznesenie Krajského súdu Bratislava z 12. februára 2014, sp. zn. 1S/187/2013, ECLI:SK:KSBA:2014:1013201416.1</w:t>
      </w:r>
    </w:p>
    <w:p>
      <w:r>
        <w:t>Súd: Krajský súd Bratislava</w:t>
      </w:r>
    </w:p>
    <w:p>
      <w:r>
        <w:t>Spisová značka: 1S/187/2013</w:t>
      </w:r>
    </w:p>
    <w:p>
      <w:r>
        <w:t>ECLI: ECLI:SK:KSBA:2014:1013201416.1</w:t>
      </w:r>
    </w:p>
    <w:p>
      <w:r>
        <w:t>Dátum vydania: 12. 2. 2014</w:t>
      </w:r>
    </w:p>
    <w:p>
      <w:r>
        <w:t>Forma: Uznesenie</w:t>
      </w:r>
    </w:p>
    <w:p>
      <w:pPr>
        <w:pStyle w:val="Heading2"/>
      </w:pPr>
      <w:r>
        <w:t>Text rozhodnutia</w:t>
      </w:r>
    </w:p>
    <w:p>
      <w:r>
        <w:t>Súd: Krajský súd Bratislava Spisová značka: 1S/187/2013 Identifikačné číslo súdneho spisu: 1013201416 Dátum vydania rozhodnutia: 13. 02. 2014 Meno a priezvisko sudcu, VSÚ: JUDr. Monika Valašíková PhD. ECLI: ECLI:SK:KSBA:2014:1013201416.1 Uznesenie Krajský súd v Bratislave v právnej veci žalobcu: V.. Q. C., bytom K. XXX/X, D. proti žalovanému: Ministerstvo financií Slovenskej republiky, so sídlom Štefanovičova 5, 817 82 Bratislava, v konaní o preskúmanie zákonnosti rozhodnutí žalovaného č. MF/011078/2013-23-1 zo dňa 3.6.2013, MF/011078/2013-23-2 zo dňa 3.6.2013, MF/011078/20136-23-3 zo dňa 3.6.2013, MF/011078/2013-23-4 zo dňa 3.6.2013, MF/011078/2013-23-5 zo dňa 3.6.2013 o náhrade za stratu na služobnom plate, takto r o z h o d o l : Krajský súd v Bratislave konanie z a s t a v u j e . Žiaden z účastníkov nemá právo na náhradu trov konania. o d ô v o d n e n i e : Žalobou doručenou tunajšiemu súdu dňa 30.7.2013 sa žalobca domáhal preskúmania zákonnosti a následne zrušenia rozhodnutí žalovaného Ministerstva financií SR č. MF/011078/23-23-1 zo dňa 3.6.2013, MF/011078/2013-23-2 zo dňa 3.6.2013, MF/011078/2013-23-3 zo dňa 3.6.2013, MF/011078/2013-23-4 zo dňa 3.6.2013, MF/011078/2013-23-5 zo dňa 3.6.2013. V žalobe uviedol, že dňa 25.1.2010 bolo Colným úradom Nitra vydané rozhodnutie 3131/2010-6134 o zvýšení náhrady za stratu na služobnom plate od 1.1.2008 na sumu XXXX,- Sk mesačne podľa § 28 ods. 2 zák.č. 328/2002 Z.z. o sociálnom zabezpečení policajtov a vojakov a o zmene a doplnení niektorých zákonov v spojení s § 5 ods. 3 zák. č. 608/2007 Z.z. o štátnom rozpočte na rok 2008. Voči uvedenému rozhodnutiu žalobca dňa 31.1.2010 v zákonnej lehote podal odvolanie. Colný úrad Nitra oznámením o postúpení odvolania odvolaciemu orgánu č. 5736/2010-6131 zo dňa 10.2.2010 odvolanie postúpil odvolaciemu orgánu. Colné riaditeľstvo v rozhodnutí o odvolaní č. 9923/2010-1214 zo dňa 12.3.2010 odvolanie žalobcu zamietlo. Voči uvedenému rozhodnutiu žalobca dňa 31.3.2010 podal Ministerstvu financií SR žiadosť o preskúmanie rozhodnutia mimo odvolacieho konania, ktoré bolo listom č MF/014583/2010/1-23 zo dňa 22.6.2010 zamietnuté z dôvodu, že minister konštatoval súlad rozhodnutia s právnymi predpismi. Krajský súd v Bratislave rozsudkom č. 1S 263/2010 zo dňa 12.7.2012 právoplatným dňa 10.8.2012 vo veci žaloby žalobcu o preskúmanie rozhodnutia žalovaného rozhodol o zrušení rozhodnutia žalovaného a vrátení veci žalovanému na ďalšie konanie. Dňa 19.6.2013 bolo ministrom financií SR vydané rozhodnutie č. MF/011078/2013-23-5 o zamietnutí odvolania a potvrdení rozhodnutia generálneho riaditeľa Colného riaditeľstva SR č. 9923/2010-1214 zo dňa 12.3.2010 vo veci zvýšenia náhrady na služobnom plate. Žalobca sa domnieva, že preskúmavané rozhodnutie nebolo vydané v súlade s platnými právnymi predpismi, hlavne namieta porušenie ust. § 28 ods. 3 zákona. Žalobca tvrdí, že žalovaný pri vydávaní predmetného rozhodnutia pochybil, nakoľko nedostatočne zistil skutkový stav veci a pochybil aj v procesnom postupe pre dokazovanie. Na základe vyššie uvedeného navrhuje, aby Krajský súd v Bratislave preskúmavané rozhodnutie žalovaného zrušil a vec vrátil žalovanému na ďalšie konanie. Súčasne si uplatňuje náhradu na služobnom plate vo výške XXX,XX Eur. Ďalej žalobca v žalobe uviedol, že dňa 25.1.2010 bolo Colným úradom Nitra vydané rozhodnutie č. 3135/2010-6134 o zvýšení náhrady za stratu na služobnom plate od 1.1.2009 na sumu XX,XX Eur mesačne podľa ust. § 28 ods. 2 zák.č. 328/2002 Z.z. o sociálnom zabezpečení policajtov a vojakov a o zmene a doplnení niektorých zákonov v spojení s § 5 ods. 3 zák.č. 596/2008 Z.z. o štátnom rozpočte na rok 2009. Voči uvedenému rozhodnutiu podal žalobca dňa 31.1.2010 v zákonnej lehote odvolanie. Colný úrad Nitra oznámením o postúpení odvolania odvolaciemu orgánu č. 5736/2010-6131 zo dňa 10.2.2010 odvolanie postúpil odvolaciemu orgánu. Colné riaditeľstvo SR v rozhodnutí o odvolaní č. 9921/2010-1214 zo dňa 12.3.2010 odvolanie žalobcu zamietlo. Voči uvedenému rozhodnutiu žalobca podal dňa 31.3.2010 Ministerstvu financií SR žiadosť o preskúmanie rozhodnutia mimo odvolacieho konania, ktoré bolo listom č. MF/014583/2010-1-23 zo dňa 22.6.2010 zamietnuté z dôvodu, že minister financií konštatoval súlad rozhodnutia s právnymi predpismi. Dňa 3.6.2013 minister financií SR vydal rozhodnutie č. MF/011078/2013-23-3 o zamietnutí odvolania a potvrdení rozhodnutia generálneho riaditeľa Colného riaditeľstva SR č. 9921/2010-1214 zo dňa 12.3.2010. Ďalej žalobca v žalobe uviedol, že dňa 25.1.2010 bolo Colným úradom Nitra vydané rozhodnutie č. 3138/2010-6134 o zvýšení náhrady za stratu na služobnom plate od 1.1.2010 na sumu X,XX Eur mesačne podľa § 28 ods. 2 zák. č. 328/2002 Z.z. o sociálnom zabezpečení policajtov a vojakov a o zmene a doplnení niektorých zákonov v spojení s § 5 ods. 3 zák.č. 497/2009 Z.z. o štátnom rozpočte na rok 2010. Voči uvedenému rozhodnutiu žalobca dňa 31.1.2010 v zákonnej lehote podal odvolanie. Colný úrad Nitra oznámením o postúpení odvolania odvolaciemu orgánu č. 5736/2010-6131 zo dňa 10.1.2010 odvolanie postúpil odvolaciemu orgánu. Colné riaditeľstvo SR v rozhodnutí o odvolaní č. 9893/2010-1214 zo dňa 12.3.2010 odvolanie žalobcu zamietol. Voči uvedenému rozhodnutiu žalobca dňa 31.3.2010 podal Ministerstvu financií SR žiadosť o preskúmanie rozhodnutia mimo odvolacieho konania, ktoré bolo listom č. MF/014583/2010/1-23 zo dňa 22.6.2010 zamietnuté z dôvodu, že minister financií konštatoval súlad rozhodnutia s právnymi predpismi. Dňa 3.6.2013 bolo ministrom financií vydané rozhodnutie č. MF/011078/2013-23-2 o zamietnutí odvolania a potvrdenie rozhodnutia generálneho riaditeľa Colného riaditeľstva SR č. 9893/2010-1214 zo dňa 12.3.2010 vo veci zvýšenia náhrady za stratu na služobnom plate. Ďalej žalobca v žalobe uviedol, že dňa 25.1.2010 bolo Colným úradom Nitra vydané rozhodnutie č. 3134/2010-6134 o znížení náhrady za stratu na služobnom plate od 1.7.2008 na sumu XXXX,- Sk (XX,XX Eur mesačne) podľa § 28 ods. 1 zák.č. 328/2002 Z.z. o sociálnom zabezpečení policajtov a vojakov a o zmene a doplnení niektorých zákonov. Voči uvedenému rozhodnutiu podal žalobca dňa 31.1.2010 odvolanie. Colný úrad Nitra oznámením o postúpení odvolania odvolaciemu orgánu č. 5736/2010-6131 zo dňa 10.2.2010 odvolanie postúpil odvolaciemu orgánu. Colné riaditeľstvo SR v rozhodnutí o odvolaní č. 9922/2010-1214 zo dňa 12.3.2010 odvolanie žalobcu zamietlo. Voči uvedenému rozhodnutiu dňa 31.3.2010 podal žalobca na Ministerstvo financií SR žiadosť o preskúmanie rozhodnutia mimo odvolacieho konania, ktoré bolo listom č. MF/014583/2010/1-23 zo dňa 22.6.2010 zamietnuté z dôvodu, že minister financií konštatoval súlad rozhodnutia s právnymi predpismi. Dňa 3.6.2013 bolo ministrom financií SR vydané rozhodnutie č. MF/011078/2013-23-4 o zamietnutí odvolania a potvrdení rozhodnutia generálneho riaditeľa Colného riaditeľstva SR č. 9922/2010-1214 zo dňa 12.3.2010 vo veci zníženie náhrady za stratu na služobnom plate. Dňa 25.1.2010 bolo Colným úradom Nitra vydané rozhodnutie č. 3136/2010-6134 o znížení náhrady za stratu na služobnom plate od 1.7.2009 na sumu X,XX Eur mesačne podľa § 28 ods. 1 zák.č. 328/2002 Z.z.. Voči uvedenému rozhodnutiu podal žalobca dňa 31.1.2010 odvolanie. Colný úrad Nitra oznámením o postúpení odvolania č. 57362010-6131 zo dňa 10.2.2010 odvolanie postúpil odvolaciemu orgánu. Žalovaný rozhodnutím č. 9892/2010-1214 zo dňa 12.3.2010 odvolanie žalobcu zamietol. Voči uvedenému rozhodnutiu dňa 31.3.2010 podal žalobca Ministerstvu financií SR žiadosť o preskúmanie mimo odvolacieho konania, ktoré bolo listom č. MF/014583/2010/1-23 zo dňa 22.6.2010 zamietnuté z dôvodu, že minister financií konštatoval súlad rozhodnutia s právnymi predpismi. Dňa 3.6.2013 bolo ministrom financií vydané rozhodnutie č. MF/011078/2013-23-1 o zamietnutí odvolania a potvrdení rozhodnutia generálneho riaditeľa Colného riaditeľstva SR č. 9892/2010-1214 zo dňa 12.3.2010 vo veci zníženia náhradu na stratu na služobnom plate. Podaním doručeným súdu dňa 9.1.2014 žalobca na doplnenie svojej žaloby zaslal súdu rozhodnutie NS RS č. 7Sžso 28/2012 zo dňa 14.8.2013. V tomto podaní upozorňuje žalobca na zák.č. 80/2013 Z.z., ktorým sa mení a dopĺňa zák.č. 328/2002 Z.z. o sociálnom zabezpečení policajtov a vojakov, ktorým došlo k účelovej zmene ust. § 28 na základe prebiehajúcich súdnych sporov s jeho osobou. Dôkazom toho je aj skutočnosť, že Krajský súd Nitra sa zaoberal len prvou časťou ust. § 28 ods. 1. Z uvedeného dôvodu žalobca žiada, aby sa súd zaoberal aj druhou časťou ust. § 28 ods. 1 ,,ktoré boli rozhodujúce pre určenie výšky náhrady škody.“ Podľa názoru žalobcu je prvotne veľmi dôležité zistiť, čo bolo rozhodujúce pri určení výšky škody. Žalobca ďalej uvádza, že utrpel služobný úraz podľa ust. § 29 ods. 1 písm. a) pri výkone služobných činností, na základe čoho mu služobný úrad poskytol náhradu škody v zmysle ust. § 20 ods. 1. Následne bol uznaný za invalidného v dôsledku služobného úrazu. Po skončení služobného pomeru bol jeho príjem zo zárobkovej činnosti vrátane výsluhového dôchodku alebo invalidného výsluhového dôchodku nižší ako služobný plat, ktorý dosahoval pred skončením služobného pomeru. Má za to, že náhradu škody je potrebné určiť v zmysle ust. § 20 zákona, z ktorého jednoznačne vyplýva, že colník musel utrpieť služobný úraz a výška sa určuje v závislosti od zdravotných dôvodov v dôsledku služobného úrazu. Ďalej žalobca opakovane upozorňuje na ust. § 28 cit. zák. a na ust. § 68 ods. 1 cit. zák. ohľadom valorizácie dôchodkovej dávky. Žiada súd, aby rozhodol aj o ust. § 21 ods. 1 zák. č. 328/2002 Z.z., nakoľko tým je možné vyriešiť celý právny problém týkajúci sa aj ust. § 28 v znení v čase podaných žalôb. Žalobca konštatuje, že ust. § 21 ods. 1 cit. zák. v zmysle výkladu Colného riaditeľstva SR je v priamom rozpore s ust. § 28 ods. 2 cit. zák., t.j. ustanovenie nie je v takom prípade vykonateľné, nakoľko každá valorizácia náhrady za stratu na služobnom plate by bola v rozpore s ust. § 21 ods. 1 zák.č. 328/2002 Z.z.. II. Žalovaný vo vyjadrení k žalobe, ktoré súdu doručil dňa 10.9.2013, poukazuje na skutočnosť, že uvedený petit je zo strany Ministerstva financií SR nevykonateľný, nakoľko o priznaní náhrady za stratu na služobnom plate, je oprávnený rozhodnúť iba Útvar sociálneho zabezpečenia Finančného riaditeľstva SR. Zdôrazňuje tiež, že rozhodnutie Ministerstva financií SR č. MF/011078/2013-23-1, MF/011078/2013-23-2 MF/011078/2013-23-3, MF/011078/2013-23-4, MF/011078/2013-23-5 všetky zo dňa 3.6.2013, ktoré žalobca žiada v žalobe preskúmať, sú už zrušené. Na objasnenie prípadu žalovaný uvádza, že vo veci náhrady za stratu na služobnom plate bolo právoplatne rozhodnuté colnými orgánmi. Žalobca sa následne obrátil na Ministerstvo financií SR s návrhom na obnovu konania. Podanie žalobcu bolo vybavené oznámením Ministerstva financií SR zo dňa 9.9.2010 č. MF/021072/2010/1-23 a MF/021072/2010-23 zo dňa 25.8.2010. Predmetné oznámenia boli rozsudkom Krajského súdu v Bratislave č. 1S 263/2010 zo dňa 12.7.2012 zrušené a vec bola vrátená Ministerstvu financií SR na nové konanie. Po obdržaní rozsudku Krajského súdu v Bratislave č. 1S 263/2010 vydalo Ministerstvo financií SR vyššie uvedených 5 rozhodnutí zo dňa 3.6.2013, ktorými potvrdilo rozhodnutie generálneho riaditeľa Colného riaditeľstva SR vo veci zníženia náhrady za stratu na služobnom plate. V tejto súvislosti žalovaný uvádza, že predmetné rozhodnutia boli v rozpore so zákonom, pretože Ministerstvo financií SR nebolo s poukazom na rozsudok Krajského súdu v Bratislave oprávnené rozhodovať o výške náhrady za stratu na služobnom plate. Uvedené rozhodnutia bolo potrebné zrušiť. Predmetných 5 rozhodnutí bolo zrušených rozhodnutiami ministra financií zo dňa 7.8.2013. Z uvedeného dôvodu žalovaný navrhuje, aby Krajský súd v Bratislave žalobu zamietol. III. Podľa ust. § 250 ods. 1 OSP účastníkmi konania pri rozhodovaní súdov o žalobách proti rozhodnutiam a postupom správnych orgánov podľa druhej hlavy piatej časti OSP sú žalobca a žalovaný. Podľa ust. § 250 ods. 4 OSP je pri rozhodovaní správneho orgánu vydaného v správnom konaní žalovaným, správny orgán, ktorý rozhodol v poslednom stupni. Podľa ust.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R 11/2008, ak zanikne rozhodnutie, ako predmet súdneho prieskumu počas súdneho konania, v konaní nemožno pokračovať, preto sa konanie pred súdom musí zastaviť. Súd z obsahu administratívneho spisu zistil, že predmetných 5 rozhodnutí bolo zrušených rozhodnutiami Ministerstva financií SR č. MF/019116/2013-23-1, č. MF/019116/2013-23-2, č. MF/019116/2013-23-3, č. MF/019116/2013-23-4, č. MF/019116/2013-23-5 zo dňa 7.8.2013. Nakoľko zanikol predmet súdneho prieskumu a to tým, že rozhodnutia, ktorých súdneho prieskumu sa žalobca domáhal, boli vyššie citovanými rozhodnutiami žalovaného zo dňa 7.8.2013 zrušené, Krajský súd v Bratislave s poukazom na ust. § 250d OSP konanie vo veci zastavil. O náhrade trov konania rozhodol súd podľa ust. § 146 ods. 1 písm. c) OSP v spojení s ust. § 246c OSP tak, že žiadnemu z účastníkov nepriznal právo na ich náhradu.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https://www.kauzis.sk/judikatura/r/ECLI:SK:KSBA:2014:1013201416.1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