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1S/192/2013 z 19. 2. 2014</w:t>
      </w:r>
    </w:p>
    <w:p>
      <w:r>
        <w:t>Uznesenie Krajského súdu Bratislava z 19. februára 2014, sp. zn. 1S/192/2013, ECLI:SK:KSBA:2014:1013201448.1</w:t>
      </w:r>
    </w:p>
    <w:p>
      <w:r>
        <w:t>Súd: Krajský súd Bratislava</w:t>
      </w:r>
    </w:p>
    <w:p>
      <w:r>
        <w:t>Spisová značka: 1S/192/2013</w:t>
      </w:r>
    </w:p>
    <w:p>
      <w:r>
        <w:t>ECLI: ECLI:SK:KSBA:2014:1013201448.1</w:t>
      </w:r>
    </w:p>
    <w:p>
      <w:r>
        <w:t>Dátum vydania: 19.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1S/192/2013 Identifikačné číslo súdneho spisu: 1013201448 Dátum vydania rozhodnutia: 20. 02. 2014 Meno a priezvisko sudcu, VSÚ: JUDr. Nora Halmová ECLI: ECLI:SK:KSBA:2014:1013201448.1 Uznesenie Krajský súd v Bratislave v právnej veci žalobcu: KRAMARE s.r.o., Stromová 54, 831 01 Bratislava, IČO: 35 953 438, proti žalovanému: Okresný úrad Bratislava, Katastrálny odbor (predtým Správa katastra pre hlavné mesto SR Bratislavu), Ružová dolina 27, 821 09 Bratislava, o preskúmanie zákonnosti rozhodnutia žalovaného č. Upo 28/13-Se zo dňa 23.05.2013, takto r o z h o d o l : Krajský súd v Bratislave konanie z a s t a v u j e . Žiaden z účastníkov nemá právo na náhradu trov konania. o d ô v o d n e n i e : Žalobou podanou tunajšiemu súdu dňa 06.08.2013 sa žalobca domáhal preskúmania zákonnosti rozhodnutia žalovaného č. Upo 28/13-Se zo dňa 23.05.2013 , ktorým žalovaný nevyhovel protestu prokurátorky Krajskej prokuratúry Bratislava č. Kd 569/12-11 zo dňa 14.03.2013, podaného proti opatreniu žalovaného č. Z-11239/12 zo dňa 24.08.2012, ktorým bol v nadväznosti na rozhodnutie Obvodného pozemkového úradu v Bratislave č. 1314/11/3430/2012/MPI zo dňa 19.06.2012 zapísaný geometrický plán č. 17704/2011, úradne overený správou katastra pre hl. mesto SR Bratislavu pod č. 1492/2011 dňa 22.08.2011. Pred rozhodnutím vo veci samej žalobca svojím podaním doručeným súdu dňa 27.01.2014 oznámil, že berie svoju žalobu v celom rozsahu späť.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O náhrade trov konania súd rozhodol podľa § 146 ods. 1 písm. c) O.s.p. s použitím ustanovenia § 246c O.s.p. tak, že žiaden z účastníkov nemá právo na náhradu trov konania, nakoľko konanie vo veci bolo zastavené. Toto rozhodnutie prijal senát Krajského súdu v Bratislave v pomere hlasov 3:0(podľa § 3 ods. 9 zákona č. 757/2004 Z.z. o súdoch a o zmene a doplnení niektorých zákonov v znení účinnom ku dňu 1.5.2011).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https://www.kauzis.sk/judikatura/r/ECLI:SK:KSBA:2014:1013201448.1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