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6S/193/2013 z 7. 8. 2014</w:t>
      </w:r>
    </w:p>
    <w:p>
      <w:r>
        <w:t>Uznesenie Krajského súdu Bratislava z 7. augusta 2014, sp. zn. 6S/193/2013, ECLI:SK:KSBA:2014:1013201461.1</w:t>
      </w:r>
    </w:p>
    <w:p>
      <w:r>
        <w:t>Súd: Krajský súd Bratislava</w:t>
      </w:r>
    </w:p>
    <w:p>
      <w:r>
        <w:t>Spisová značka: 6S/193/2013</w:t>
      </w:r>
    </w:p>
    <w:p>
      <w:r>
        <w:t>ECLI: ECLI:SK:KSBA:2014:1013201461.1</w:t>
      </w:r>
    </w:p>
    <w:p>
      <w:r>
        <w:t>Dátum vydania: 7. 8.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6S/193/2013 Identifikačné číslo súdneho spisu: 1013201461 Dátum vydania rozhodnutia: 08. 08. 2014 Meno a priezvisko sudcu, VSÚ: JUDr. Judita Kokolevská ECLI: ECLI:SK:KSBA:2014:1013201461.1 Uznesenie Krajský súd v Bratislave v právnej veci žalobcu: N.. Š. R., F.X. XX, XXX XX H., zastúpeného advokátkou: JUDr. Elenou Ľalíkovou, Podbrezovská 34, 831 06 Bratislava, proti žalovanému: Rada pre vysielanie a retransmisiu, Dobrovičova 8, P.O.BOX 155, 810 00 Bratislava, o preskúmanie rozhodnutia žalovaného č. 3253/2013 zo dňa 26.6.2013 takto r o z h o d o l : Súd konanie z a s t a v u j e. Žiaden z účastníkov nemá právo na náhradu trov konania. Žalobcovi súd vracia súdny poplatok vo výške 63,30 Eur. Poplatok bude vrátený po nadobudnutí právoplatnosti uznesenia prostredníctvom Daňového úradu v Bratislave. o d ô v o d n e n i e : Žalobou doručenou súdu dňa 6.8.2013 žalobca žiadal súd, aby preskúmal rozhodnutie žalovaného č. 3253/2013 zo dňa 26.6.2013. Pred rozhodnutím vo veci samej, žalobca prostredníctvom svojho právneho zástupcu, podaním doručeným tunajšiemu súdu dňa 4.8.2014 oznámil, že berie žalobu späť, žiada konanie zastaviť. Podľa ust. § 250h ods. 2 O.s.p. až do rozhodnutia súdu môže žalobca vziať žalobu späť, ak žalovanému medzitým vznikli trovy konania, rozhodne súd o ich náhrade. Podľa ust. § 250d ods. 3 O.s.p. súd uznesením konanie zastaví aj vtedy, ak žaloba bola vzatá späť. Podľa ust. § 11 ods. 3 posledná veta zákona č. 71/1992 Zb. o súdnych poplatkoch a poplatku za výpis z registra trestov (ďalej len zákon o súdnych poplatkoch) sa poplatok vráti v konaní o preskúmanie rozhodnutia orgánov verejnej správy, ak sa návrh na začatie konania vzal späť pred prejednaním veci alebo ak konanie bolo zastavené z dôvodu, že účastník nebol v konaní riadne zastúpený. Podľa ust. § 11 ods. 4 zákona o súdnych poplatkoch okrem poplatku v rozvodovom konaní a poplatku, ktorý sa vracia podľa ods. 1, sa poplatok alebo jeho časť (preplatok) vracia krátený o 1 %, najmenej však o 6,70 Eur. Ak sa návrh vzal späť pred zaplatením poplatku, poplatok sa nevyrubuje. Podľa ust. § 11 ods. 5 zákona o súdnych poplatkoch ak sa má vrátiť poplatok alebo preplatok poplatku, súd alebo orgán štátnej správy súdov zašle odpis právoplatného rozhodnutia o jeho vrátení Daňovému úradu príslušnému podľa trvalého pobytu (sídla poplatníka), ktorý poplatok alebo preplatok poplatku vráti; v prípade, že orgán štátnej správy súdov nevydal rozhodnutie, zašle písomné upovedomenie o spôsobe vybavenia sťažnosti podľa osobitného zákona. Podľa ust. § 11 ods. 11 zákona o súdnych poplatkoch poplatok, ktorý sa má vrátiť podľa § 4,7 až 10 sa zaokrúhľuje na eurocenty nahor. Keďže žalobca zaplatil súdny poplatok za žalobu vo výške 70 Eur a vzhľadom na vyššie citované ustanovenia zákona, vzal žalobu späť, súd rozhodol o zastavení konania a vrátení kráteného súdneho poplatku tak, ako je uvedené vo výroku tohto uznesenia. O náhrade trov konania rozhodol súd podľa ust. § 146 ods. 1 písm. c) O.s.p. s použitím ust. § 246c O.s.p. tak, že žiaden z účastníkov nemá právo na náhradu trov konania, nakoľko konanie vo veci bolo zastavené. Toto rozhodnutie senát Krajského súdu v Bratislave prijal pomerom hlasov 3 : 0 (§ 3 ods. 9 zákona č. 757/2004 Z.z. v znení zákona č. 33/2011 Z.z.) Poučenie: Proti tomuto uzneseniu možno podať odvolanie do 15 dní odo dňa jeho doručenia, na Krajský súd v Bratislave. V odvolaní sa má popri všeobecných náležitostiach (§ 42 ods. 3 O. s. p.) uviesť, proti ktorému rozhodnutiu smeruje, v akom rozsahu sa napáda, v čom sa toto rozhodnutie alebo postup súdu považuje za nesprávny a čoho sa odvolateľ domáha.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https://www.kauzis.sk/judikatura/r/ECLI:SK:KSBA:2014:1013201461.1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