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9Sp/63/2013 z 6. 2. 2014</w:t>
      </w:r>
    </w:p>
    <w:p>
      <w:r>
        <w:t>Uznesenie Krajského súdu Bratislava z 6. februára 2014, sp. zn. 9Sp/63/2013, ECLI:SK:KSBA:2014:1013201465.1</w:t>
      </w:r>
    </w:p>
    <w:p>
      <w:r>
        <w:t>Súd: Krajský súd Bratislava</w:t>
      </w:r>
    </w:p>
    <w:p>
      <w:r>
        <w:t>Spisová značka: 9Sp/63/2013</w:t>
      </w:r>
    </w:p>
    <w:p>
      <w:r>
        <w:t>ECLI: ECLI:SK:KSBA:2014:1013201465.1</w:t>
      </w:r>
    </w:p>
    <w:p>
      <w:r>
        <w:t>Dátum vydania: 6.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9Sp/63/2013 Identifikačné číslo súdneho spisu: 1013201465 Dátum vydania rozhodnutia: 07. 02. 2014 Meno a priezvisko sudcu, VSÚ: JUDr Janka Richterová ECLI: ECLI:SK:KSBA:2014:1013201465.1 Uznesenie Krajský súd v Bratislave, v právnej veci navrhovateľky: Z.. C. D., E.. X.XX.XXXX, I. S., Q.. S.. T. W. A. Č.. X, proti odporcovi: Centrum právnej pomoci, Kancelária Bratislava, Nám. Slobody č. 12, o priznanie nároku na poskytnutie právnej pomoci, o preskúmanie zákonnosti rozhodnutia odporcu zo dňa 15. júla 2013, sp. zn. 191/2013 ( 7N 4101/12 ), takto r o z h o d o l : Súd konanie z a s t a v u j e . Žiaden z účastníkov nemá právo na náhradu trov konania. o d ô v o d n e n i e : Odporca rozhodnutím zo dňa 15. júla 2013, sp. zn. 191/2013 ( 7N 4101/12 ) navrhovateľke odňal nárok na poskytnutie právnej pomoci v konaní o vyporiadanie bezpodielového spoluvlastníctva manželov, keď určenému advokátovi neposkytovala potrebnú súčinnosť. Po doručení podania navrhovateľky zo dňa 26.7.2013, označeného ako „sťažnosť k rozhodnutiu o odňatí nároku na poskytnutie právnej pomoci“ predložil vec súdu na rozhodnutie o odvolaní navrhovateľky podľa tretej hlavy piatej časti Občianskeho súdneho poriadku. B.. C. D. súdu oznámila, že voči uvedenému rozhodnutiu žiadne odvolanie, a teda ani návrh na začatie konania na súd, nepodávala. Podľa § 103 O.s.p. kedykoľvek za konania prihliada súd na to, či sú splnené podmienky, za ktorých môže konať vo veci ( podmienky konania ). Podľa § 104, ods. 1 O.s.p. ak ide o taký nedostatok podmienky konania, ktorý nemožno odstrániť, súd konanie zastaví. Podľa § 250m, ods. 1 O.s.p. konanie začína na návrh, ktorým je opravný prostriedok proti rozhodnutiu správneho orgánu. Súd je v ktoromkoľvek štádiu konania povinný skúmať, či sú splnené podmienky, za ktorých môže konať, t. j. či sú splnené procesné podmienky na strane súdu ( právomoc, príslušnosť vecná, funkčná, miestna), účastníkov a ich zástupcov ( napr. spôsobilosť byť účastníkom konania, zástupcom, procesná spôsobilosť), negatívne procesné podmienky ( prekážka litispendencie a právoplatne rozhodnutej veci) a napokon vecné procesné podmienky, medzi ktoré patria existenciu návrhu na začatie konania alebo uznesenia o začatí konania. V správnom súdnictve ( piata časť Občianskeho súdneho poriadku ) súdne konanie začína výlučne na návrh, ktorým je buď žaloba podľa § 249, ods. 1 alebo opravný prostriedok proti rozhodnutiu správneho orgánu ( § 250m ). Absencia návrhu v správnom súdnictve predstavuje preto neodstrániteľný nedostatok podmienky konania, v dôsledku ktorej je potrebné konanie zastaviť. Z podania B.. C. D. nepochybne vyplýva, že opravný prostriedok proti rozhodnutiu odporcu nepodávala a nie je navrhovateľkou v súdnom konaní. Vychádzajúc z uvedeného súd konanie z dôvodu absencie návrhu na začatie konania ako nedostatku podmienky konania, ktorý nemožno odstrániť, zastavil podľa § 104, ods. 1 O.s.p. v spojení s § 250l, ods. 2 a 246c, ods.1 O.s.p. O trovách konania súd rozhodol podľa § 146 ods. 1, písm. c/ O.s.p. v spojení s § 250l, ods.2 a 246c, ods.1 O.s.p., keď nezistil okolnosti odôvodňujúce aplikáciu § 250h, ods. 2 O.s.p. Poučenie: 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https://www.kauzis.sk/judikatura/r/ECLI:SK:KSBA:2014:1013201465.1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