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5Scud/18/2013 z 22. 4. 2014</w:t>
      </w:r>
    </w:p>
    <w:p>
      <w:r>
        <w:t>Rozsudok Krajského súdu Bratislava z 22. apríla 2014, sp. zn. 5Scud/18/2013, ECLI:SK:KSBA:2014:1013201503.1</w:t>
      </w:r>
    </w:p>
    <w:p>
      <w:r>
        <w:t>Súd: Krajský súd Bratislava</w:t>
      </w:r>
    </w:p>
    <w:p>
      <w:r>
        <w:t>Spisová značka: 5Scud/18/2013</w:t>
      </w:r>
    </w:p>
    <w:p>
      <w:r>
        <w:t>ECLI: ECLI:SK:KSBA:2014:1013201503.1</w:t>
      </w:r>
    </w:p>
    <w:p>
      <w:r>
        <w:t>Dátum vydania: 22. 4. 2014</w:t>
      </w:r>
    </w:p>
    <w:p>
      <w:r>
        <w:t>Forma: Rozsudok</w:t>
      </w:r>
    </w:p>
    <w:p>
      <w:r>
        <w:t>Oblasť práva: Správne právo</w:t>
      </w:r>
    </w:p>
    <w:p>
      <w:pPr>
        <w:pStyle w:val="Heading2"/>
      </w:pPr>
      <w:r>
        <w:t>Text rozhodnutia</w:t>
      </w:r>
    </w:p>
    <w:p>
      <w:r>
        <w:t>Súd: Krajský súd Bratislava Spisová značka: 5Scud/18/2013 Identifikačné číslo súdneho spisu: 1013201503 Dátum vydania rozhodnutia: 23. 04. 2014 Meno a priezvisko sudcu, VSÚ: JUDr. Milota Tóthová ECLI: ECLI:SK:KSBA:2014:1013201503.1 ROZSUDOK V MENE SLOVENSKEJ REPUBLIKY Krajský súd v Bratislave samosudkyňou JUDr. Milotou Tóthovou v právnej veci navrhovateľky M.. V. Y., bytom P. X, P., P. P., proti odporkyni Sociálnej poisťovni ústredie v Bratislave, Ul. 29. augusta č. 8, Bratislava, o invalidný dôchodok, takto r o z h o d o l : Súd rozhodnutie odporkyne číslo XXX XXX XXXX X zo dňa 16. mája 2013 p o t v r d z u j e . Účastníkom náhradu trov konania nepriznáva. o d ô v o d n e n i e : Rozhodnutím číslo XXX XXX XXXX X zo dňa 16. mája 2013 odporkyňa podľa § 70 ods. 1 zákona č. 461/2003 Z.z. o sociálnom poistení v znení neskorších predpisov a podľa čl. 46 nariadenia Európskeho parlamentu a Rady č. 883/2004 a Rady (ES) č. 988/2009 zamietla žiadosť navrhovateľky o invalidný dôchodok zo dňa 19. septembra 2012. Rozhodla tak s odôvodnením, že podľa posudku posudkového lekára Sociálnej poisťovne, pobočky Bratislava zo dňa 24. apríla 2013 navrhovateľka nie je invalidná podľa § 71 ods. 1 zákona č. 461/2003 Z.z., lebo pre dlhodobo nepriaznivý zdravotný stav nemá pokles schopnosti vykonávať zárobkovú činnosť o viac ako 40% v porovnaní so zdravou fyzickou osobou. Miera poklesu schopnosti vykonávať zárobkovú činnosť u navrhovateľky je 30%. Navrhovateľka návrhom zo dňa 10.6.2013 žiadala preskúmať toto rozhodnutie odporkyne, poukazovala na jej nepriaznivý zdravotný stav a uviedla, že sa vykonávajú nové lekárske vyšetrenia. Krajský súd preskúmal napadnuté rozhodnutie podľa § 250l a nasl. O.s.p., prejednal návrh navrhovateľky a dospel k záveru, že návrh nie je dôvodný. Krajský súd vykonal dokazovanie výsluchom odporkyne, posudkom posudkového lekára Sociálnej poisťovne pobočka Bratislava zo dňa 24.4.2013, posudkom posudkového lekára Sociálnej poisťovne ústredie Bratislave zo dňa 13.8.2013,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článku 46 Nariadenia (ES) Európskeho parlamentu a rady 883/2004 o koordinácii systémov sociálneho zabezpečenia osoby, na ktoré sa vzťahujú iba právne predpisy typu B, alebo právne predpisy typu A a B 1. Osoba, na ktorú sa následne alebo striedavo vzťahovali právne predpisy dvoch alebo viacerých členských štátov, z ktorých aspoň jeden nie je typu A, má nárok na dávky podľa kapitoly 5, ktorá sa uplatňuje mutatis mutandis pri zohľadnení odseku 3. 2. Avšak ak u danej osoby, na ktorú sa predtým vzťahovali právne predpisy typu A nastane práceneschopnosť nasledovaná invaliditou, pričom sa na ňu vzťahujú právne predpisy typu A, dostáva dávky v súlade s článkom 44, ak: - spĺňa podmienky výlučne týchto právnych predpisov, alebo iných právnych predpisov toho istého typu, pričom sa prípadne zohľadňuje článok 45, ale bez využitia dôb poistenia alebo bydliska dosiahnutý podľa právnych predpisov typu B, a - neuplatňuje žiadne nároky na dávky v starobe, pri zohľadnení článku 50 ods. 1 3. Rozhodnutie inštitúcie členského štátu o stupni invalidity žiadateľa je záväzné pre inštitúciu všetkých dotknutých členských štátov, ak je v prílohe VII uvedená zhoda právnych predpisov týchto členských štátov týkajúca sa podmienok vzťahujúcich sa na stupeň invalidity. Posudkový lekár Sociálnej poisťovne pobočka Bratislava v posudku zo dňa 24.4.2013 uviedol, že navrhovateľka trpí na choroby a to: poruchy psychiky a správania zapríčinené užitím alkoholu, bolesť chrbta - dorzalgiu, poruchy krčných medzistavcových platničiek a gonartrózu (artrózu kolenného kĺbu). U navrhovateľky dominuje ochorenie psychiatrickej genézy a to konkrétne syndróm závislosti od alkoholu aj s psychickými zmenami v správaní a sociabilite. Navrhovateľka je liečená aj pre degeneratívne ochorenia chrbtice, medzistavcových platničiek a váhonosných zhybov nôh - kolenných kĺbov, ktoré sa tiež podieľajú na dlhodobo nepriaznivom zdravotnom stave. Rozhodujúcim zdravotným postihnutím u navrhovateľky sú duševné poruchy a poruchy správania spôsobené užívaním psychoaktívnych látok (alkoholizmus, toxikománia) stredne ťažká forma (do dvoch rokov od vzniku) (kapitola V., položka 7.a) prílohy č. 4 zákona č. 461/2003 Z.z.), kde mieru poklesu schopnosti vykonávať zárobkovú činnosť u navrhovateľky stanovil na 25%, nakoľko symptomatika syndrómu závislosti pri konzervatívnej liečbe dosahuje len taký stupeň, ktorý v podstatnej miere nedeterioruje psychickú integritu a existuje možnosť reštitúcie psychických funkcií a integrum. Pre iné zdravotné postihnutie a to degeneratívne zmeny na chrbtici a medzistavcových platničiek bez účinku na statiku (kapitola XV., oddiel E, položka 3.a) prílohy č. 4 zákona č. 461/2003 Z.z.) zvýšil mieru poklesu schopnosti vykonávať zárobkovú činnosť o 5%. Celková miera poklesu schopnosti vykonávať zárobkovú činnosť u navrhovateľky je 30%. Navrhovateľka nie je invalidná podľa § 71 ods. 1 zákona č. 461/2003 Z.z. o sociálnom poistení. Posudkový lekár Sociálnej poisťovne ústredie Bratislava v posudku zo dňa 13.8.2013 uviedol, že navrhovateľka trpí na choroby a to poruchy psychiky a správania zapríčinené užitím alkoholu a bolesť chrbta - dorzalgiu. Uviedol, že u navrhovateľky je anamnéza chronického abúzu etanolu. Od 21.3.2013 do 26.3.2013 a od 6.7.2012 do 17.8.2012 bola na odvykacej kúre pri abúze etanolu v nemocnici. Ambulantná starostlivosť u psychiatra ako aj kontakt so psychológom boli nepravidelné. Podľa odborných vyšetrení, ktoré sú uvedené v Podrobnej lekárskej správe na formulári E 213, podľa lekárskeho posudku psychiatričky - všeobecnej lekárky zo dňa 14.11.2012 navrhovateľka začala byť psychicky labilná asi pred jedenástimi rokmi keď jej zomrel otec, nezvládala tlak z veľkých očakávaní vo svojej práci, začala konzumovať alkohol, dvakrát do týždňa konzumuje víno. Psychický stav je bez závažných patologických prejavov, nálada je indiferentná. Podľa objektívneho vyšetrenia všeobecného lekára sa u navrhovateľky jedná o bolesti chrbtice - dorzalgie, najmä krčného segmentu bez senzomotorického deficitu, bez koreňového dráždenia, bez rozvoja ďalších komplikácií a v zostatkovom neurologickom obraze, bolesti chrbtice sú adekvátne veku, bolesti drobných kĺbov rúk, kolenných kĺbov sú posudkovo a medicínsky nevýznamné. Uviedol, že mnohopočetné subjektívne ťažkosti navrhovateľky nie sú parciálne adekvátne klinickému nálezu pri neurologickom ochorení navrhovateľky. Rozhodujúcim zdravotným postihnutím u navrhovateľky sú duševné poruchy a poruchy správania spôsobené užívaním psychoaktívnych látok (alkoholizmus) stredne ťažká forma (kapitola V., položka 7.a) prílohy č. 4 zákona č. 461/2003 Z.z.), kde mieru poklesu schopnosti vykonávať zárobkovú činnosť u navrhovateľky stanovil na 25%. Pre iné zdravotné postihnutie a to degeneratívne zmeny na chrbtici a medzistavcových platničiek bez účinku na statiku (kapitola XV., oddiel E, položka 3.a) prílohy č. 4 zákona č. 461/2003 Z.z.) zvýšil mieru poklesu schopnosti vykonávať zárobkovú činnosť o 5%. Celková miera poklesu schopnosti vykonávať zárobkovú činnosť u navrhovateľky je 30%. Navrhovateľka nie je invalidná podľa § 71 ods. 1 zákona č. 461/2003 Z.z. o sociálnom poistení. Navrhovateľka sa na vytýčené pojednávanie súdu dňa 23.4.2014 napriek riadnemu predvolaniu nedostavila, svoju neúčasť na ňom ospravedlnila, nepožiadala o odročenie tohto pojednávania, a preto súd podľa § 101 ods. 2 Občianskeho súdneho poriadku (ďalej len O.s.p.) vec prejednal v jej neprítomnosti. Zástupkyňa odporkyne vzhľadom na zhodné závery posudkov posudkových lekárov žiadala napadnuté rozhodnutie ako vecne správne potvrdiť. Posudkový lekár sociálneho poistenia Sociálnej poisťovne pobočka Bratislava ako aj posudkový lekár sociálneho poistenia Sociálnej poisťovne ústredie Bratislava vo svojich vyššie uvedených posudkoch sa vysporiadali s lekárskymi nálezmi nachádzajúcimi sa v zdravotnej dokumentácii navrhovateľky a dospeli k zhodnému názoru, že súčasný zdravotný stav navrhovateľky nespĺňa zdravotné podmienky na priznanie invalidity podľa § 71 ods. 1 zákona č. 461/2003 Z.z. o sociálnom poistení. Zhodne určili, že rozhodujúcim zdravotným postihnutím u navrhovateľky sú duševné poruchy a poruchy správania spôsobené užívaním psychoaktívnych látok (alkoholizmus) stredne ťažká forma (kapitola V., položka 7.a) prílohy č. 4 zákona č. 461/2003 Z.z.), kde mieru poklesu schopnosti vykonávať zárobkovú činnosť u navrhovateľky stanovili na 25%, pričom bolo vzaté do úvahy, že symptomatika syndrómu závislosti pri konzervatívnej liečbe dosahuje len taký stupeň, ktorý v podstatnej miere nedeterioruje psychickú integritu a existuje možnosť reštitúcie psychických funkcií a integrum. Pre iné zdravotné postihnutie a to degeneratívne zmeny na chrbtici a medzistavcových platničiek bez účinku na statiku (kapitola XV., oddiel E, položka 3.a) prílohy č. 4 zákona č. 461/2003 Z.z.) zvýšili mieru poklesu schopnosti vykonávať zárobkovú činnosť o 5%, takže celková miera poklesu schopnosti vykonávať zárobkovú činnosť u navrhovateľky je 30%. Podrobná lekárska správa tlačivo E 213 zo dňa 21.11.2012 vystavená zo strany nositeľa sociálneho poistenia v Rakúskej republike vo psychiatrickom vyšetrení zo dňa 14.11.2012 uvádza, že navrhovateľka je od smrti jej otca pred desiatimi rokmi psychicky labilná, nezvládla tlak z veľkých očakávaní vo svojej práci, začala vo väčšej miere konzumovať alkohol, prednedávnom bola na odvykacej liečbe v Bad Hall, naďalej však dvakrát týždenne konzumuje víno, pričom sama priznáva, že stráca kontrolu a veľmi veľa pije. Má jasné vedomie, je dobre kontaktovateľná, s normálnou mimikou a hlasovou moduláciou, nálada je indiferentná, koncentrácia, pozornosť a chápanie je bez porúch, ductus usporiadaný, bez produktívnej symptomatiky a bez halucinácií. Zlepšenie zdravotného stavu je možné. Podľa vyšetrenia zo dňa 31.10.2012 z úrazovej chirurgie navrhovateľka má chronický cevikobrachiálny syndróm obojstranne so strednou symptomatikou podráždenia, bez obmedzenia pohyblivosti s občasnými bolesťami hlavy a vyžarovaním bolesti do oboch horných končatín, bez senzomotorického deficitu, chronická dorzolumbalgia je s miernou symptomatikou podráždenia, bez obmedzenia pohyblivosti a bez určitého syndrómu radikálnej kompresie, navrhovateľka má obojstrannú gonatralgiu. Zistenia posudkových lekárov neboli spochybnené ani v súdnom konaní. Závery posudkov posudkových lekárov sú odborné, presvedčivé, náležite zdôvodnené a súd nezistil rozpor medzi ich závermi a zisteným skutočným stavom. Súd preto z vyššie uvedených dôvodov napadnuté rozhodnutie číslo XXX XXX XXXX X zo dňa 16. mája 2013 podľa § 250q ods. 2 O.s.p. ako správne potvrdil. O trovách konania súd rozhodol podľa § 250k ods. 1 v spojení s § 250l ods. 2 O.s.p. .Navrhovateľka nebola v konaní úspešná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https://www.kauzis.sk/judikatura/r/ECLI:SK:KSBA:2014:1013201503.1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