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11Sd/1/2013 z 25. 2. 2014</w:t>
      </w:r>
    </w:p>
    <w:p>
      <w:r>
        <w:t>Rozsudok Krajského súdu Bratislava z 25. februára 2014, sp. zn. 11Sd/1/2013, ECLI:SK:KSBA:2014:1013201507.1</w:t>
      </w:r>
    </w:p>
    <w:p>
      <w:r>
        <w:t>Súd: Krajský súd Bratislava</w:t>
      </w:r>
    </w:p>
    <w:p>
      <w:r>
        <w:t>Spisová značka: 11Sd/1/2013</w:t>
      </w:r>
    </w:p>
    <w:p>
      <w:r>
        <w:t>ECLI: ECLI:SK:KSBA:2014:1013201507.1</w:t>
      </w:r>
    </w:p>
    <w:p>
      <w:r>
        <w:t>Dátum vydania: 25. 2. 2014</w:t>
      </w:r>
    </w:p>
    <w:p>
      <w:r>
        <w:t>Forma: Rozsudok</w:t>
      </w:r>
    </w:p>
    <w:p>
      <w:r>
        <w:t>Oblasť práva: Správne právo</w:t>
      </w:r>
    </w:p>
    <w:p>
      <w:pPr>
        <w:pStyle w:val="Heading2"/>
      </w:pPr>
      <w:r>
        <w:t>Text rozhodnutia</w:t>
      </w:r>
    </w:p>
    <w:p>
      <w:r>
        <w:t>Súd: Krajský súd Bratislava Spisová značka: 11Sd/1/2013 Identifikačné číslo súdneho spisu: 1013201507 Dátum vydania rozhodnutia: 26. 02. 2014 Meno a priezvisko sudcu, VSÚ: JUDr. Milota Tóthová ECLI: ECLI:SK:KSBA:2014:1013201507.1 ROZSUDOK V MENE SLOVENSKEJ REPUBLIKY Krajský súd v Bratislave samosudkyňou JUDr. Milotou Tóthovou v právnej veci navrhovateľa Y. I., bytom Z. XXXX/X, V., proti odporkyni Sociálnej poisťovni ústredie v Bratislave, Ul. 29. augusta č. 8, Bratislava, o zvýšenie invalidného dôchodku, takto r o z h o d o l : Súd rozhodnutie odporkyne číslo XXX XXX XXXX X zo dňa 13. mája 2013 p o t v r d z u j e . Účastníkom náhradu trov konania nepriznáva. o d ô v o d n e n i e : Rozhodnutím číslo XXX XXX XXXX X zo dňa 13. mája 2013 odporkyňa podľa § 73 a § 112 ods. 4 zákona č. 461/2003 Z.z. o sociálnom poistení v znení neskorších predpisov zamietla žiadosť navrhovateľa o zvýšenie invalidného dôchodku. Rozhodla tak s odôvodnením, že podľa posudku posudkového lekára Sociálnej poisťovne, pobočka Bratislava zo dňa 26. apríla 2013 navrhovateľ je naďalej invalidný podľa § 71 ods. 1 zákona č. 461/2003 Z.z. s mierou poklesu schopnosti vykonávať zárobkovú činnosť 45%. Navrhovateľ návrhom zo dňa 10.6.2013 žiadal preskúmať toto rozhodnutie a poukazoval na to, že pri posúdení jeho zdravotného stavu nebol zohľadnený jeho súčasný zdravotný stav po poslednej práceneschopnosti a to poškodenie krčnej chrbtice, čo mu spôsobuje bolesti krku a tŕpnutie, čo ho výrazne obmedzuje pri výkone zamestnania. Súd preskúmal napadnuté rozhodnutie podľa § 250l a nasl. O.s.p., prejednal návrh navrhovateľa a dospel k záveru, že návrh nie je dôvodný. Súd vykonal dokazovanie výsluchom odporkyne, posudkami posudkového lekára Sociálnej poisťovne pobočky Bratislava zo dňa 26.4.2013, posudkom posudkového lekára Sociálnej poisťovne ústredie Bratislava zo dňa 14.8.2013,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112 ods. 4 zákona č. 461/2003 Z.z. o sociálnom poistení v znení neskorších predpisov výplata dávky sa zastaví, uvoľní alebo sa dávka vypláca v nižšej sume alebo vo vyššej sume, ak sa zmenia skutočnosti rozhodujúce na nárok na výplatu dávky. Navrhovateľ bol uznaný za invalidného od 28.5.2009 na základe posudku posudkového lekára Sociálnej poisťovne pobočka Bratislava zo dňa 12.6.2009, ktorý ho uznal za invalidného podľa § 71 ods.1 zákona č. 461/2003 Z.z. o sociálnom poistení s mierou poklesu schopnosti vykonávať zárobkovú činnosť 45%. Rozhodujúcim zdravotným postihnutím u navrhovateľa boli stanovené choroby pohybového aparátu (kapitola XV., oddiel E, položka 3.c) prílohy č. 4 zákona č. 461/2003 Z.z.), kde mieru poklesu schopnosti vykonávať zárobkovú činnosť posudkový lekár stanovil na 45%. Navrhovateľ žiadosťou zo dňa 28.3.2013 požiadal o prehodnotenie jeho zdravotného stavu, nakoľko sa od poslednej kontroly zhoršil. Posudkový lekár Sociálnej poisťovne pobočka Bratislava v posudku zo dňa 26.4.2013 uviedol, že navrhovateľ trpí na bolesti chrbta - dorzalgie. Uviedol, že navrhovateľ asi pred deviatimi rokmi začal mať bolesti krížov, od mája 2008 začali intenzívne ťažkosti s chrbticou a postupne sa zhoršovala ohybnosť v L oblasti s vyžarovaním do ľavej nohy a mal mravenčenie. MRI vyšetreniami LS chrbtice sú preukázané sériové diskopatie s vyklenutím platničiek s maximom v oblasti L5/S1. Je výrazne obmedzená dynamika chrbtice do záklonu a predklonu, nerozvíja sa. Rozhodujúcim zdravotným postihnutím u navrhovateľa je dorzopatia, deformujúca dorzopatia a spondylopatia (kapitola XV., oddiel E, položka 3c) prílohy č. 4 zákona č. 461/2003 Z.z.). Mieru poklesu vykonávať zárobkovú činnosť stanovil na 45%. Navrhovateľ je naďalej invalidný podľa § 71 ods. 1 zákona č. 461/2003 Z.z. o sociálnom poistení s mierou poklesu schopnosti vykonávať zárobkovú činnosť 45%. Práca, ktorú navrhovateľ vykonáva ako živnostník je vyhovujúca. Posudkový lekár Sociálnej poisťovne ústredie Bratislava v posudku zo dňa 14.8.2013 uviedol, že navrhovateľ trpí na choroby a to bolesti chrbtice - dorzalgie a poruchu metabolizmu kyseliny močovej. U navrhovateľa je anamnéza primárneho neurologického ochorenia a to bolestí chrbtice - dorzalgií najmä krčného segmentu. Jedná sa o chronické ochorenie na podklade degeneratívnych zmien medzistavcových platničiek, ktoré podmieňujú trvalé ťažšie postihnutie funkcie, s často recidivujúcimi dlhotrvajúcimi prejavmi dráždenia nervov a svalov, s ťažšou poruchou statodynamiky a poruchou svalového korzetu. V neurologickom náleze nie je rozvinutý nepriaznivý reziduálny funkčný nález sprevádzaný komplikáciami ako sú obrny horných končatín, úbytok svalovej hmoty, výpadky citlivosti a nie sú zdokladované poruchy funkcie zvieračov. Paraklinickými vyšetreniami nebol dokázaný útlak miechových štruktúr, ale laterálna hernia disku C3/4 a C5/6 vľavo. Porucha metabolizmu kyseliny močovej je posudkovo nezávažná a nepodmieňuje zvýšenie percentuálnej miery pre iné zdravotné postihnutie. Konštatoval, že zdravotný stav navrhovateľa nevykázal žiadnu progresiu v zmysle zhoršenia v neurologickom obraze. Rozhodujúcim zdravotným postihnutím u navrhovateľa sú degeneratívne zmeny na chrbtici a medzistavcových platničkách s trvalým ťažším postihnutím funkcie a často recidivujúcimi, dlhotrvajúcimi prejavmi dráždenia nervov a svalov, s ťažšou poruchou statiky a dynamiky chrbtice, s výraznou poruchou svalového korzetu (kapitola XV., oddiel E, položka 3.c) prílohy č. 4 zákona č. 461/2003 Z.z.) s mierou poklesu vykonávať zárobkovú činnosť 45%. Navrhovateľ je naďalej invalidný podľa § 71 ods. 1 zákona č. 461/2003 Z.z. o sociálnom poistení. Je schopný vykonávať fyzicky nenamáhavú prácu primeranú stredoškolskému vzdelaniu. Navrhovateľ sa na vytýčené pojednávanie súdu dňa 26.2.2014 napriek riadnemu predvolaniu nedostavil, svoju neúčasť na ňom ospravedlnil a súhlasil, aby súd rozhodol v jeho neprítomnosti, a preto súd podľa § 101 ods. 2 Občianskeho súdneho poriadku (ďalej len O.s.p.) vec prejednal v jeho neprítomnosti. Zástupkyňa odporkyne vzhľadom na zhodné závery posudkov posudkových lekárov žiadala napadnuté rozhodnutie ako vecne správne potvrdiť. Posudkový lekár sociálneho poistenia Sociálnej poisťovne pobočka Bratislava ako aj posudkový lekár sociálneho poistenia Sociálnej poisťovne ústredie Bratislava vo svojich vyššie uvedených posudkoch zohľadnili všetky navrhovateľom uvádzané ťažkosti a vysporiadali sa s lekárskymi nálezmi nachádzajúcimi sa v zdravotnej dokumentácii navrhovateľa. Zhodne určili, že rozhodujúcim zdravotným postihnutím u navrhovateľa sú degeneratívne zmeny na chrbtici a medzistavcových platničkách s trvalým ťažším postihnutím funkcie a často recidivujúcimi, dlhotrvajúcimi prejavmi dráždenia nervov a svalov, s ťažšou poruchou statiky a dynamiky chrbtice, s výraznou poruchou svalového korzetu (kapitola XV., oddiel E, položka 3.c) prílohy č. 4 zákona č. 461/2003 Z.z.). Zotrvali na stanovenej miere poklesu schopnosti vykonávať zárobkovú činnosť 45%. U neurologického ochorenia navrhovateľa - bolestí chrbtice a dorzalgií sa jedná o chronické ochorenie na podklade degeneratívnych zmien medzistavcových platničiek, ktoré podmieňujú trvalé ťažšie postihnutie funkcie, s často recidivujúcimi dlhotrvajúcimi prejavmi dráždenia nervov a svalov, s ťažšou poruchou statodynamiky a poruchou svalového korzetu. Nie je rozvinutý nepriaznivý reziduálny funkčný nález sprevádzaný komplikáciami ako sú obrny rúk, úbytok svalovej hmoty, výpadky citlivosti a nie sú zdokladované poruchy funkcie zvieračov. Nebol dokázaný útlak miechových štruktúr ale laterálna hernia disku C3/4 a C5/6 vľavo. Po neurologickej stránke zdravotný stav navrhovateľa nevykázal žiadnu progresiu v zmysle zhoršenia. Pridružené sekundárne ochorenie porucha metabolizmu kyseliny močovej je posudkovo nezávažné a nepodmieňuje zvýšenie percentuálnej miery pre iné zdravotné postihnutie. Zistenia posudkových lekárov neboli spochybnené ani v súdnom konaní. Závery posudkov posudkových lekárov sú odborné, presvedčivé, náležite zdôvodnené a súd nezistil rozpor medzi ich závermi a zisteným skutočným stavom. Krajský súd preto z vyššie uvedených dôvodov napadnuté rozhodnutie odporkyne číslo XXX XXX XXXX X zo dňa 13. mája 2013 podľa § 250q ods. 2 O.s.p. ako vecne správne potvrdil. O trovách konania súd rozhodol podľa § 250k ods. 1 v spojení s § 250l ods. 2 O.s.p. Navrhovateľ nebol v konaní úspešný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https://www.kauzis.sk/judikatura/r/ECLI:SK:KSBA:2014:1013201507.1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