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10Sd/103/2013 z 3. 2. 2014</w:t>
      </w:r>
    </w:p>
    <w:p>
      <w:r>
        <w:t>Uznesenie Krajského súdu Bratislava z 3. februára 2014, sp. zn. 10Sd/103/2013, ECLI:SK:KSBA:2014:1013201520.2</w:t>
      </w:r>
    </w:p>
    <w:p>
      <w:r>
        <w:t>Súd: Krajský súd Bratislava</w:t>
      </w:r>
    </w:p>
    <w:p>
      <w:r>
        <w:t>Spisová značka: 10Sd/103/2013</w:t>
      </w:r>
    </w:p>
    <w:p>
      <w:r>
        <w:t>ECLI: ECLI:SK:KSBA:2014:1013201520.2</w:t>
      </w:r>
    </w:p>
    <w:p>
      <w:r>
        <w:t>Dátum vydania: 3. 2.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10Sd/103/2013 Identifikačné číslo súdneho spisu: 1013201520 Dátum vydania rozhodnutia: 04. 02. 2014 Meno a priezvisko sudcu, VSÚ: JUDr Janka Richterová ECLI: ECLI:SK:KSBA:2014:1013201520.2 Uznesenie Krajský súd v Bratislave, v právnej veci navrhovateľa: Y.. U. F., nar. XX.X.XXXX, F. F., G.. A.Á. Č.. X, proti odporkyni: Sociálna poisťovňa- ústredie, so sídlom v Bratislave, Ul. 29. augusta č. 8, o invalidný dôchodok, takto r o z h o d o l : Súd konanie z a s t a v u j e . Žiaden z účastníkov nemá právo na náhradu trov konania. o d ô v o d n e n i e : Navrhovateľ sa domáhal preskúmania zákonnosti rozhodnutia odporkyne zo dňa 22. mája 2013, sp. zn. XXX XXX XXXX X, ktorým mu bola zamietnutá žiadosť o zvýšenie invalidného dôchodku. Navrhovateľ zobral svoj návrh celkom späť. Podľa § 96, ods. 1 O.s.p. navrhovateľ môže vziať za konania späť návrh na jeho začatie, a to sčasti alebo celkom. Ak je návrh vzatý späť celkom, súd konanie zastaví. Súd berúc do úvahy dispozitívny úkon navrhovateľa, správne konanie zastavil podľa citovaného ustanovenia v spojení s § 250l, ods.2, § 250h, ods. 2 a § 246c, ods.1 O.s.p. O trovách konania súd rozhodol podľa § 146, ods.1, písm. c/ v spojení s § 246c, ods. 1 a 250l ods.2 O.s.p., keď nezistil splnenie podmienok pre aplikáciu § 250h, ods. 2 O.s.p. Poučenie: Proti tomuto uzneseniu možno podať odvolanie do 15 dní odo dňa jeho doručenia, prostredníctvom procesného súdu na Najvyšší súd Slovenskej republiky v Bratislave.</w:t>
      </w:r>
    </w:p>
    <w:p/>
    <w:p>
      <w:r>
        <w:t>Zdroj: KAUZIS.SK – https://www.kauzis.sk/judikatura/r/ECLI:SK:KSBA:2014:1013201520.2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