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2S/205/2013 z 19. 11. 2014</w:t>
      </w:r>
    </w:p>
    <w:p>
      <w:r>
        <w:t>Uznesenie Krajského súdu Bratislava z 19. novembra 2014, sp. zn. 2S/205/2013, ECLI:SK:KSBA:2014:1013201553.2</w:t>
      </w:r>
    </w:p>
    <w:p>
      <w:r>
        <w:t>Súd: Krajský súd Bratislava</w:t>
      </w:r>
    </w:p>
    <w:p>
      <w:r>
        <w:t>Spisová značka: 2S/205/2013</w:t>
      </w:r>
    </w:p>
    <w:p>
      <w:r>
        <w:t>ECLI: ECLI:SK:KSBA:2014:1013201553.2</w:t>
      </w:r>
    </w:p>
    <w:p>
      <w:r>
        <w:t>Dátum vydania: 19. 11. 2014</w:t>
      </w:r>
    </w:p>
    <w:p>
      <w:r>
        <w:t>Forma: Uznesenie</w:t>
      </w:r>
    </w:p>
    <w:p>
      <w:pPr>
        <w:pStyle w:val="Heading2"/>
      </w:pPr>
      <w:r>
        <w:t>Text rozhodnutia</w:t>
      </w:r>
    </w:p>
    <w:p>
      <w:r>
        <w:t>Súd: Krajský súd Bratislava Spisová značka: 2S/205/2013 Identifikačné číslo súdneho spisu: 1013201553 Dátum vydania rozhodnutia: 20. 11. 2014 Meno a priezvisko sudcu, VSÚ: Mgr. Viliam Pohančeník ECLI: ECLI:SK:KSBA:2014:1013201553.2 Uznesenie Krajský súd v Bratislave v právnej veci žalobcu: A. R., X. S. XX, zastúpený: JUDr. Miroslav Pekár, advokát, Krížna 44, Bratislava, proti žalovanému: Ministerstvo vnútra Slovenskej republiky, Pribinova 2, Bratislava, o preskúmanie zákonnosti rozhodnutia žalovaného č. SVS-OVS2-2013/021422/TMG zo dňa 06.08.2013, takto r o z h o d o l : Uznesenie Krajského súdu v Bratislave č. k. 2S/205/2013-47 zo dňa 29.10.2014, ktorým sa konanie zastavilo, sa z r u š u j e v celom rozsahu. o d ô v o d n e n i e : Žalobou osobne doručenou Krajskému súdu v Bratislave dňa 27.08.2013 sa žalobca domáha preskúmania zákonnosti rozhodnutia žalovaného č. SVS-OVS2-2013/021422/TMG zo dňa 06.08.2013, ktorým žalovaný zamietol odvolanie žalobcu a potvrdil rozhodnutie bývalého Obvodného úradu Dunajská Streda, odboru všeobecnej vnútornej správy č. ObU-DS-OVVS-2013/04769-4 zo dňa 27.05.2013 o zamietnutí návrhu na obnovu konania vedeného pod sp. zn. ObU-DS-OVVS-A11/10582-00034, ukončeného rozhodnutím bývalého Obvodného úradu Dunajská Streda, odboru všeobecnej vnútornej správy č. ObU-DS-OVVS-A11/10582-00034 Pr.557/11 zo dňa 18.04.2012. Rozhodnutím prvostupňového správneho orgánu bol žalobca uznaný vinným zo spáchania priestupku proti majetku podľa § 50 ods. 1 zákona č. 372/1990 Zb. o priestupkoch v znení neskorších predpisov (ďalej len „zákon č. 372/1990 Zb.“), ktorého sa dopustil tým, že dňa 23.08.2011 v čase okolo 8:10 hod. v obci Veľké Blahovo vo firme Flipol vypustil z cisterny kamióna naftu v množstve 22 l zn. Diesel, ktorú následne odcudzil, čím spoločnosti SLOVNAFT, a.s. spôsobil škodu vo výške 21,82 eur, teda úmyselne spôsobil škodu na cudzom majetku krádežou nafty, za čo mu bola uložená pokuta za priestupok podľa § 11 ods. 1 písm. b/ v spojení s § 50 ods. 2 zákona č. 372/1990 Zb. vo výške 50 eur. Keďže žalobca spolu so žalobou nezaplatil súdny poplatok za jej podanie, ktorý je 35,- eur, súd ho pod následkom zastavenia konania vyzval na jeho zaplatenie výzvou č. k. 2S/205/2013-41 zo dňa 07.10.2014. Predmetná výzva bola spolu s príkazom na úhradu doručená zástupcovi žalobcu dňa 10.10.2014. Žalobca si aj napriek výzve nesplnil poplatkovú povinnosť. Uznesením Krajského súdu v Bratislave č. k. 2S/205/2013-47 zo dňa 29.10.2014 bolo v zmysle ustanovenia § 10 ods. 1 zákona č. 71/1992 Zb. o súdnych poplatkoch a poplatku za výpis z registra trestov v znení neskorších predpisov (ďalej len „zákon č. 71/1992 Zb.“) konanie zastavené z dôvodu, že si žalobca v lehote určenej vo výzve nesplnil poplatkovú povinnosť podľa § 5 ods. 1 písm. a/ zákona č. 71/1992 Zb.. Žalobca dňa 11.11.2014 zaplatil súdny poplatok vo výške 35,- eur. V zmysle § 10 ods. 3 zákona č. 71/1992 Zb. prvostupňový súd zruší uznesenie o zastavení konania pre nezaplatenie súdneho poplatku, ak poplatník zaplatí súdny poplatok do konca lehoty na podanie odvolania. Prvostupňový súd zruší uznesenie o zastavení konania pre nezaplatenie súdneho poplatku aj vtedy, ak bolo konanie prerušené podľa osobitného predpisu a správca v ňom pokračuje namiesto poplatníka. Vzhľadom na to, že žalobca zaplatil súdny poplatok za podanú žalobu dňa 11.11.2014, teda ešte pred začatím plynutia lehoty na odvolanie, súd v zmysle § 10 ods. 3 veta prvá zákona č. 71/1992 Zb. uznesenie o zastavení konania zrušil a v konaní bude pokračovať. Poučenie: Proti tomuto uzneseniu je možné podať odvolanie v lehote 15 dní odo dňa jeho doručenia, a to písomne, v troch vyhotoveniach na Najvyšší súd Slovenskej republiky prostredníctvom Krajského súdu v Bratislave. V odvolaní sa má uviesť, ktorému súdu je určené, kto ho robí, ktorej veci sa týka, čo sleduje, proti ktorému rozhodnutiu smeruje, v akom rozsahu sa napáda, v čom sa toto rozhodnutie alebo postup súdu považuje za nesprávny a čoho sa odvolateľ domáha.</w:t>
      </w:r>
    </w:p>
    <w:p/>
    <w:p>
      <w:r>
        <w:t>Zdroj: KAUZIS.SK – https://www.kauzis.sk/judikatura/r/ECLI:SK:KSBA:2014:1013201553.2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