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10Sd/119/2013 z 16. 1. 2014</w:t>
      </w:r>
    </w:p>
    <w:p>
      <w:r>
        <w:t>Uznesenie Krajského súdu Bratislava z 16. januára 2014, sp. zn. 10Sd/119/2013, ECLI:SK:KSBA:2014:1013201598.1</w:t>
      </w:r>
    </w:p>
    <w:p>
      <w:r>
        <w:t>Súd: Krajský súd Bratislava</w:t>
      </w:r>
    </w:p>
    <w:p>
      <w:r>
        <w:t>Spisová značka: 10Sd/119/2013</w:t>
      </w:r>
    </w:p>
    <w:p>
      <w:r>
        <w:t>ECLI: ECLI:SK:KSBA:2014:1013201598.1</w:t>
      </w:r>
    </w:p>
    <w:p>
      <w:r>
        <w:t>Dátum vydania: 16.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10Sd/119/2013 Identifikačné číslo súdneho spisu: 1013201598 Dátum vydania rozhodnutia: 17. 01. 2014 Meno a priezvisko sudcu, VSÚ: JUDr Janka Richterová ECLI: ECLI:SK:KSBA:2014:1013201598.1 Uznesenie Krajský súd v Bratislave, v právnej veci navrhovateľky: V. Y., D.. XX.X.XXXX, N. A., X.. Z. Č.. XX,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12. júna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15 dní odo dňa jeho doručenia, prostredníctvom tohto súdu na Najvyšší súd Slovenskej republiky v Bratislave.</w:t>
      </w:r>
    </w:p>
    <w:p/>
    <w:p>
      <w:r>
        <w:t>Zdroj: KAUZIS.SK – https://www.kauzis.sk/judikatura/r/ECLI:SK:KSBA:2014:1013201598.1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