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5Sd/104/2013 z 27. 3. 2014</w:t>
      </w:r>
    </w:p>
    <w:p>
      <w:r>
        <w:t>Uznesenie Krajského súdu Bratislava z 27. marca 2014, sp. zn. 5Sd/104/2013, ECLI:SK:KSBA:2014:1013201600.1</w:t>
      </w:r>
    </w:p>
    <w:p>
      <w:r>
        <w:t>Súd: Krajský súd Bratislava</w:t>
      </w:r>
    </w:p>
    <w:p>
      <w:r>
        <w:t>Spisová značka: 5Sd/104/2013</w:t>
      </w:r>
    </w:p>
    <w:p>
      <w:r>
        <w:t>ECLI: ECLI:SK:KSBA:2014:1013201600.1</w:t>
      </w:r>
    </w:p>
    <w:p>
      <w:r>
        <w:t>Dátum vydania: 27.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5Sd/104/2013 Identifikačné číslo súdneho spisu: 1013201600 Dátum vydania rozhodnutia: 28. 03. 2014 Meno a priezvisko sudcu, VSÚ: JUDr. Milota Tóthová ECLI: ECLI:SK:KSBA:2014:1013201600.1 Uznesenie Krajský súd v Bratislave v právnej veci navrhovateľky M. Š., bytom Y. XXXX/X, G.,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22.7.2013 žiadala preskúmať rozhodnutie odporkyne číslo XXX XXX XXXX X zo dňa 11.6.2013, ktorým odporkyňa znížila sumu invalidného dôchodku od 4. júla 2013 na 242,40 eur mesačne. Odporkyňa vydala rozhodnutie číslo XXX XXX XXXX X zo dňa 19.9.2013, ktorým zrušila napadnuté rozhodnutie číslo XXX XXX XXXX X zo dňa 11.6.2013 a naďalej pokračuje vo výplate invalidného dôchodku v nezmenenej sume 494,20 eur mesačne, čím navrhovateľke celkom vyhovela.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https://www.kauzis.sk/judikatura/r/ECLI:SK:KSBA:2014:1013201600.1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