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6S/219/2013 z 6. 2. 2014</w:t>
      </w:r>
    </w:p>
    <w:p>
      <w:r>
        <w:t>Uznesenie Krajského súdu Bratislava z 6. februára 2014, sp. zn. 6S/219/2013, ECLI:SK:KSBA:2014:1013201660.1</w:t>
      </w:r>
    </w:p>
    <w:p>
      <w:r>
        <w:t>Súd: Krajský súd Bratislava</w:t>
      </w:r>
    </w:p>
    <w:p>
      <w:r>
        <w:t>Spisová značka: 6S/219/2013</w:t>
      </w:r>
    </w:p>
    <w:p>
      <w:r>
        <w:t>ECLI: ECLI:SK:KSBA:2014:1013201660.1</w:t>
      </w:r>
    </w:p>
    <w:p>
      <w:r>
        <w:t>Dátum vydania: 6. 2.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6S/219/2013 Identifikačné číslo súdneho spisu: 1013201660 Dátum vydania rozhodnutia: 07. 02. 2014 Meno a priezvisko sudcu, VSÚ: JUDr. Petra Príbelská, PhD. ECLI: ECLI:SK:KSBA:2014:1013201660.1 Uznesenie Krajský súd v Bratislave v právnej veci žalobcu: E. M., bytom L. O. X, XXX XX V., právne zastúpený: Advokátska kancelária Mandzák a spol.s.r.o., so sídlom Zámocká 5, 811 01 Bratislava, proti žalovanému: Ministerstvo obrany Slovenskej republiky, so sídlom Kutuzovova 8, 832 47 Bratislava, o preskúmanie zákonnosti rozhodnutia personálneho rozkazu č. 3894 zo dňa 30.4.2013, jednohlasne, takto r o z h o d o l : Krajský súd v Bratislave konanie z a s t a v u j e . Žiaden z účastníkov nemá právo na náhradu trov konania. o d ô v o d n e n i e : Žalobou podanou na Krajskom súde v Bratislave dňa 17.9.2013 sa žalobca domáhal preskúmania zákonnosti rozhodnutia žalovaného - personálneho rozkazu č. 3894 zo dňa 30.4.2013, ktorým žalovaný podľa § 31 ods. 4 zákona č. 346/2005 Z.z. o štátnej službe profesionálnych vojakov ozbrojených síl Slovenskej republiky rozhodol o zaradení žalobcu do programu udržiavania do 31.3.2014. Pred rozhodnutím vo veci samej žalobca svojím podaním doručeným súdu dňa 22.1.2014 oznámil, že berie svoju žalobu v celom rozsahu späť, nakoľko ukončil služobný pomer v ozbrojených silách Slovenskej republiky a teda jeho návrh nemá už ďalej opodstatnenie. Podľa ustanovenia § 250h ods. 2 O.s.p. až do rozhodnutia súdu môže žalobca vziať žalobu späť; ak žalovanému medzitým vznikli trovy konania, rozhodne súd o ich náhrade. Podľa ustanovenia § 250d ods. 3 O.s.p. súd uznesením konanie zastaví aj vtedy, ak žaloba bola vzatá späť (§ 250h ods. 2 O.s.p.). Nakoľko žalobca vzal späť žalobu pred rozhodnutím veci, súd v súlade s ustanovením § 250d ods. 3 O.s.p. konanie zastavil. O náhrade trov konania súd rozhodol podľa § 146 ods. 1 písm. c) O.s.p. s použitím ustanovenia § 246c O.s.p. tak, že žiaden z účastníkov nemá právo na náhradu trov konania, nakoľko konanie vo veci bolo zastavené. Toto rozhodnutie senát Krajského súdu v Bratislave prijal pomerom hlasov 3:0 (§ 3 ods. 9 zákona č. 757/2004 Z.z. v znení zákona č. 33/2011). Poučenie: Proti tomuto uzneseniu možno podať odvolanie do 15 dní odo dňa jeho doručenia, na Krajský súd v Bratislave. 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https://www.kauzis.sk/judikatura/r/ECLI:SK:KSBA:2014:1013201660.1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